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193" w:rsidRPr="00D462F0" w:rsidRDefault="000B143E" w:rsidP="00B732A6">
      <w:pPr>
        <w:pStyle w:val="Nadpis1"/>
        <w:spacing w:line="240" w:lineRule="auto"/>
        <w:rPr>
          <w:rFonts w:ascii="Arial CE" w:hAnsi="Arial CE" w:cs="Arial Narrow CE"/>
          <w:color w:val="auto"/>
          <w:lang w:val="sk-SK"/>
        </w:rPr>
      </w:pPr>
      <w:r w:rsidRPr="00D462F0">
        <w:rPr>
          <w:rFonts w:ascii="Arial CE" w:hAnsi="Arial CE" w:cs="Arial Narrow CE"/>
          <w:color w:val="auto"/>
          <w:lang w:val="sk-SK"/>
        </w:rPr>
        <w:t>História kaderníctva</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Úvod</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Kaderníctvo je remeslo, ktoré sprevádza ľudstvo už tisíce rokov. Starostlivosť o vlasy, ich úprava, strihanie, farbenie a zdobenie boli od pradávna spojené nielen s estetikou, ale aj so spoločenským postavením, náboženskými </w:t>
      </w:r>
      <w:r w:rsidRPr="00D462F0">
        <w:rPr>
          <w:rFonts w:ascii="Arial CE" w:hAnsi="Arial CE" w:cs="Arial Narrow CE"/>
          <w:lang w:val="sk-SK"/>
        </w:rPr>
        <w:t xml:space="preserve">predstavami či kultúrnymi tradíciami. V priebehu dejín sa menil nielen vkus, ale aj technológie, nástroje a prístup k vlasom. Účesy vždy odrážali dobu – jej ideály krásy, spoločenské postavenie a niekedy aj revolučné zmeny v myslení. Cieľom tohto textu je </w:t>
      </w:r>
      <w:r w:rsidRPr="00D462F0">
        <w:rPr>
          <w:rFonts w:ascii="Arial CE" w:hAnsi="Arial CE" w:cs="Arial Narrow CE"/>
          <w:lang w:val="sk-SK"/>
        </w:rPr>
        <w:t>predstaviť vývoj kaderníctva od jeho počiatkov až po súčasnosť.</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1. Kaderníctvo v staroveku</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Starovek predstavuje obdobie, v ktorom sa kaderníctvo začalo formovať ako samostatné remeslo. Ľudia si odjakživa uvedomovali dôležitosť vlasov ako súčasti osobnej id</w:t>
      </w:r>
      <w:r w:rsidRPr="00D462F0">
        <w:rPr>
          <w:rFonts w:ascii="Arial CE" w:hAnsi="Arial CE" w:cs="Arial Narrow CE"/>
          <w:lang w:val="sk-SK"/>
        </w:rPr>
        <w:t>entity. Vlasy boli symbolom sily, zdravia a krásy. V mnohých kultúrach mali aj duchovný význam – verilo sa, že v nich sídli životná energia.</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V Egypte sa starostlivosť o vlasy stala súčasťou každodenného života. Bohatí Egypťania používali rôzne oleje, masti</w:t>
      </w:r>
      <w:r w:rsidRPr="00D462F0">
        <w:rPr>
          <w:rFonts w:ascii="Arial CE" w:hAnsi="Arial CE" w:cs="Arial Narrow CE"/>
          <w:lang w:val="sk-SK"/>
        </w:rPr>
        <w:t xml:space="preserve"> a parfumy, aby si chránili vlasy pred horúčavou a prachom. Parochne boli neoddeliteľnou súčasťou ich imidžu. Nosili ich muži aj ženy, pričom ich tvar a výzdoba vyjadrovali spoločenské postavenie. Egyptské parochne sa vyrábali z ľudských vlasov, vlny alebo</w:t>
      </w:r>
      <w:r w:rsidRPr="00D462F0">
        <w:rPr>
          <w:rFonts w:ascii="Arial CE" w:hAnsi="Arial CE" w:cs="Arial Narrow CE"/>
          <w:lang w:val="sk-SK"/>
        </w:rPr>
        <w:t xml:space="preserve"> rastlinných vlákien. Kaderníci boli vážení remeselníci, ktorí pracovali pre šľachtu a faraónov. V hrobkách sa našli dokonca hrebene, nožnice a nádoby na kozmetiku, čo dokazuje, že starostlivosť o vzhľad bola súčasťou kultúry.</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V starovekom Grécku sa účesy </w:t>
      </w:r>
      <w:r w:rsidRPr="00D462F0">
        <w:rPr>
          <w:rFonts w:ascii="Arial CE" w:hAnsi="Arial CE" w:cs="Arial Narrow CE"/>
          <w:lang w:val="sk-SK"/>
        </w:rPr>
        <w:t>stali umeleckým prejavom. Grécke ženy nosili dlhé vlasy, ktoré si zapletali do vrkočov alebo zdobili stuhami a sponami. Muži si vlasy skracovali a starostlivo udržiavali brady. V Aténach sa dokonca objavili prvé verejné holičstvá – miesta, kde sa muži stre</w:t>
      </w:r>
      <w:r w:rsidRPr="00D462F0">
        <w:rPr>
          <w:rFonts w:ascii="Arial CE" w:hAnsi="Arial CE" w:cs="Arial Narrow CE"/>
          <w:lang w:val="sk-SK"/>
        </w:rPr>
        <w:t>távali, diskutovali a nechávali si upravovať účes. Holič sa volal „</w:t>
      </w:r>
      <w:proofErr w:type="spellStart"/>
      <w:r w:rsidRPr="00D462F0">
        <w:rPr>
          <w:rFonts w:ascii="Arial CE" w:hAnsi="Arial CE" w:cs="Arial Narrow CE"/>
          <w:lang w:val="sk-SK"/>
        </w:rPr>
        <w:t>koureus</w:t>
      </w:r>
      <w:proofErr w:type="spellEnd"/>
      <w:r w:rsidRPr="00D462F0">
        <w:rPr>
          <w:rFonts w:ascii="Arial CE" w:hAnsi="Arial CE" w:cs="Arial Narrow CE"/>
          <w:lang w:val="sk-SK"/>
        </w:rPr>
        <w:t>“ a jeho remeslo bolo považované za dôležitú spoločenskú službu.</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V Rímskej ríši sa starostlivosť o vlasy stala súčasťou každodennej hygieny. Rimania mali osobitných otrokov – </w:t>
      </w:r>
      <w:proofErr w:type="spellStart"/>
      <w:r w:rsidRPr="00D462F0">
        <w:rPr>
          <w:rFonts w:ascii="Arial CE" w:hAnsi="Arial CE" w:cs="Arial Narrow CE"/>
          <w:lang w:val="sk-SK"/>
        </w:rPr>
        <w:t>tonsore</w:t>
      </w:r>
      <w:r w:rsidRPr="00D462F0">
        <w:rPr>
          <w:rFonts w:ascii="Arial CE" w:hAnsi="Arial CE" w:cs="Arial Narrow CE"/>
          <w:lang w:val="sk-SK"/>
        </w:rPr>
        <w:t>s</w:t>
      </w:r>
      <w:proofErr w:type="spellEnd"/>
      <w:r w:rsidRPr="00D462F0">
        <w:rPr>
          <w:rFonts w:ascii="Arial CE" w:hAnsi="Arial CE" w:cs="Arial Narrow CE"/>
          <w:lang w:val="sk-SK"/>
        </w:rPr>
        <w:t xml:space="preserve"> – ktorí sa starali o účesy svojich pánov. Bohaté ženy nosili zložité účesy, často s vrkočmi a kučerami, ktoré sa fixovali voskom alebo tukom. Rímske kaderníčky, známe ako </w:t>
      </w:r>
      <w:proofErr w:type="spellStart"/>
      <w:r w:rsidRPr="00D462F0">
        <w:rPr>
          <w:rFonts w:ascii="Arial CE" w:hAnsi="Arial CE" w:cs="Arial Narrow CE"/>
          <w:lang w:val="sk-SK"/>
        </w:rPr>
        <w:t>ornatrices</w:t>
      </w:r>
      <w:proofErr w:type="spellEnd"/>
      <w:r w:rsidRPr="00D462F0">
        <w:rPr>
          <w:rFonts w:ascii="Arial CE" w:hAnsi="Arial CE" w:cs="Arial Narrow CE"/>
          <w:lang w:val="sk-SK"/>
        </w:rPr>
        <w:t>, boli zručné a žiadané. Ich tvorivosť často určovala nové módne trendy.</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2. Kaderníctvo v stredoveku</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Po páde Rímskej ríše nastalo obdobie, v ktorom sa prístup k telesnej kráse zmenil. Cirkev považovala nadmernú starostlivosť o telo a vlasy za márnivú. Mnísi si holili hlavy – vznikol tak typický účes známy ako </w:t>
      </w:r>
      <w:proofErr w:type="spellStart"/>
      <w:r w:rsidRPr="00D462F0">
        <w:rPr>
          <w:rFonts w:ascii="Arial CE" w:hAnsi="Arial CE" w:cs="Arial Narrow CE"/>
          <w:lang w:val="sk-SK"/>
        </w:rPr>
        <w:t>tonsúra</w:t>
      </w:r>
      <w:proofErr w:type="spellEnd"/>
      <w:r w:rsidRPr="00D462F0">
        <w:rPr>
          <w:rFonts w:ascii="Arial CE" w:hAnsi="Arial CE" w:cs="Arial Narrow CE"/>
          <w:lang w:val="sk-SK"/>
        </w:rPr>
        <w:t>, symbol po</w:t>
      </w:r>
      <w:r w:rsidRPr="00D462F0">
        <w:rPr>
          <w:rFonts w:ascii="Arial CE" w:hAnsi="Arial CE" w:cs="Arial Narrow CE"/>
          <w:lang w:val="sk-SK"/>
        </w:rPr>
        <w:t>kory a oddanosti Bohu. Bežní ľudia však pokračovali v starostlivosti o vlasy podľa svojich možností. Ženy si ich často skrývali pod šatkami, muži nosili dlhé vlasy a brady.</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lastRenderedPageBreak/>
        <w:t xml:space="preserve">V mestách sa však rozvíjalo remeslo holičov. Tí neboli len kaderníkmi, ale aj </w:t>
      </w:r>
      <w:proofErr w:type="spellStart"/>
      <w:r w:rsidRPr="00D462F0">
        <w:rPr>
          <w:rFonts w:ascii="Arial CE" w:hAnsi="Arial CE" w:cs="Arial Narrow CE"/>
          <w:lang w:val="sk-SK"/>
        </w:rPr>
        <w:t>lazeb</w:t>
      </w:r>
      <w:r w:rsidRPr="00D462F0">
        <w:rPr>
          <w:rFonts w:ascii="Arial CE" w:hAnsi="Arial CE" w:cs="Arial Narrow CE"/>
          <w:lang w:val="sk-SK"/>
        </w:rPr>
        <w:t>níkmi</w:t>
      </w:r>
      <w:proofErr w:type="spellEnd"/>
      <w:r w:rsidRPr="00D462F0">
        <w:rPr>
          <w:rFonts w:ascii="Arial CE" w:hAnsi="Arial CE" w:cs="Arial Narrow CE"/>
          <w:lang w:val="sk-SK"/>
        </w:rPr>
        <w:t xml:space="preserve"> – poskytovali aj lekárske služby, ako bolo púšťanie žilou či ošetrovanie rán. Ich symbolom sa stal </w:t>
      </w:r>
      <w:proofErr w:type="spellStart"/>
      <w:r w:rsidRPr="00D462F0">
        <w:rPr>
          <w:rFonts w:ascii="Arial CE" w:hAnsi="Arial CE" w:cs="Arial Narrow CE"/>
          <w:lang w:val="sk-SK"/>
        </w:rPr>
        <w:t>červenobiely</w:t>
      </w:r>
      <w:proofErr w:type="spellEnd"/>
      <w:r w:rsidRPr="00D462F0">
        <w:rPr>
          <w:rFonts w:ascii="Arial CE" w:hAnsi="Arial CE" w:cs="Arial Narrow CE"/>
          <w:lang w:val="sk-SK"/>
        </w:rPr>
        <w:t xml:space="preserve"> pruhovaný stĺp – </w:t>
      </w:r>
      <w:proofErr w:type="spellStart"/>
      <w:r w:rsidRPr="00D462F0">
        <w:rPr>
          <w:rFonts w:ascii="Arial CE" w:hAnsi="Arial CE" w:cs="Arial Narrow CE"/>
          <w:lang w:val="sk-SK"/>
        </w:rPr>
        <w:t>barber</w:t>
      </w:r>
      <w:proofErr w:type="spellEnd"/>
      <w:r w:rsidRPr="00D462F0">
        <w:rPr>
          <w:rFonts w:ascii="Arial CE" w:hAnsi="Arial CE" w:cs="Arial Narrow CE"/>
          <w:lang w:val="sk-SK"/>
        </w:rPr>
        <w:t xml:space="preserve"> pole – ktorý symbolizoval krv a obväz. Stredoveký holič tak mal v rukách nielen nožnice, ale aj skalpel.</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Na kráľov</w:t>
      </w:r>
      <w:r w:rsidRPr="00D462F0">
        <w:rPr>
          <w:rFonts w:ascii="Arial CE" w:hAnsi="Arial CE" w:cs="Arial Narrow CE"/>
          <w:lang w:val="sk-SK"/>
        </w:rPr>
        <w:t>ských dvoroch si šľachta dávala záležať na vzhľade. Ženy nosili dlhé, zapletené účesy, často zakryté sieťkami alebo závojmi. Účesy sa zdobili stuhami, čipkami a perličkami. V 14. a 15. storočí sa začali objavovať módne pokrývky hlavy, ktoré sa stali dôleži</w:t>
      </w:r>
      <w:r w:rsidRPr="00D462F0">
        <w:rPr>
          <w:rFonts w:ascii="Arial CE" w:hAnsi="Arial CE" w:cs="Arial Narrow CE"/>
          <w:lang w:val="sk-SK"/>
        </w:rPr>
        <w:t>tým doplnkom účesu.</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3. Kaderníctvo v novoveku</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Renesancia priniesla nový pohľad na krásu. Vlasy boli považované za korunu krásy. Ženy si ich nechávali narásť a často ich </w:t>
      </w:r>
      <w:proofErr w:type="spellStart"/>
      <w:r w:rsidRPr="00D462F0">
        <w:rPr>
          <w:rFonts w:ascii="Arial CE" w:hAnsi="Arial CE" w:cs="Arial Narrow CE"/>
          <w:lang w:val="sk-SK"/>
        </w:rPr>
        <w:t>zosvetľovali</w:t>
      </w:r>
      <w:proofErr w:type="spellEnd"/>
      <w:r w:rsidRPr="00D462F0">
        <w:rPr>
          <w:rFonts w:ascii="Arial CE" w:hAnsi="Arial CE" w:cs="Arial Narrow CE"/>
          <w:lang w:val="sk-SK"/>
        </w:rPr>
        <w:t xml:space="preserve"> pomocou slnka alebo rastlinných výťažkov. Na dvoroch vznikali nové trendy,</w:t>
      </w:r>
      <w:r w:rsidRPr="00D462F0">
        <w:rPr>
          <w:rFonts w:ascii="Arial CE" w:hAnsi="Arial CE" w:cs="Arial Narrow CE"/>
          <w:lang w:val="sk-SK"/>
        </w:rPr>
        <w:t xml:space="preserve"> ktoré sa rýchlo šírili po Európe.</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V baroku dosiahli účesy nevídané rozmery. Parochne sa stali symbolom moci a bohatstva. Muži aj ženy nosili obrovské účesy, často zdobené pierkami, čipkami a dokonca aj malými dekoráciami ako loďky či kvetiny. Kaderníci te</w:t>
      </w:r>
      <w:r w:rsidRPr="00D462F0">
        <w:rPr>
          <w:rFonts w:ascii="Arial CE" w:hAnsi="Arial CE" w:cs="Arial Narrow CE"/>
          <w:lang w:val="sk-SK"/>
        </w:rPr>
        <w:t>j doby museli byť skutoční umelci – ich práce trvali aj niekoľko hodín. Používali vosk, múku a parfumy, aby účesy držali tvar.</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V 18. storočí sa francúzske kaderníctvo stalo najuznávanejším v Európe. Kráľovské dvory si najímali osobných kaderníkov, ktorí vy</w:t>
      </w:r>
      <w:r w:rsidRPr="00D462F0">
        <w:rPr>
          <w:rFonts w:ascii="Arial CE" w:hAnsi="Arial CE" w:cs="Arial Narrow CE"/>
          <w:lang w:val="sk-SK"/>
        </w:rPr>
        <w:t xml:space="preserve">tvárali účesy ako umelecké diela. Jedným z najznámejších bol </w:t>
      </w:r>
      <w:proofErr w:type="spellStart"/>
      <w:r w:rsidRPr="00D462F0">
        <w:rPr>
          <w:rFonts w:ascii="Arial CE" w:hAnsi="Arial CE" w:cs="Arial Narrow CE"/>
          <w:lang w:val="sk-SK"/>
        </w:rPr>
        <w:t>Léonard</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Autié</w:t>
      </w:r>
      <w:proofErr w:type="spellEnd"/>
      <w:r w:rsidRPr="00D462F0">
        <w:rPr>
          <w:rFonts w:ascii="Arial CE" w:hAnsi="Arial CE" w:cs="Arial Narrow CE"/>
          <w:lang w:val="sk-SK"/>
        </w:rPr>
        <w:t xml:space="preserve">, osobný kaderník Márie </w:t>
      </w:r>
      <w:proofErr w:type="spellStart"/>
      <w:r w:rsidRPr="00D462F0">
        <w:rPr>
          <w:rFonts w:ascii="Arial CE" w:hAnsi="Arial CE" w:cs="Arial Narrow CE"/>
          <w:lang w:val="sk-SK"/>
        </w:rPr>
        <w:t>Antoinetty</w:t>
      </w:r>
      <w:proofErr w:type="spellEnd"/>
      <w:r w:rsidRPr="00D462F0">
        <w:rPr>
          <w:rFonts w:ascii="Arial CE" w:hAnsi="Arial CE" w:cs="Arial Narrow CE"/>
          <w:lang w:val="sk-SK"/>
        </w:rPr>
        <w:t>. Účesy tejto éry boli symbolom prepychu, no aj spoločenskej nerovnosti – čo sa naplno prejavilo počas Francúzskej revolúcie.</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4. Kaderníctvo v 19. a</w:t>
      </w:r>
      <w:r w:rsidRPr="00D462F0">
        <w:rPr>
          <w:rFonts w:ascii="Arial CE" w:hAnsi="Arial CE" w:cs="Arial Narrow CE"/>
          <w:color w:val="auto"/>
          <w:lang w:val="sk-SK"/>
        </w:rPr>
        <w:t xml:space="preserve"> 20. storočí</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V 19. storočí sa kaderníctvo postupne demokratizovalo. Účesy sa stali dostupnejšie pre širšie vrstvy obyvateľstva. Objavili sa prvé kadernícke salóny určené výlučne pre ženy. Rozvoj priemyslu priniesol nové nástroje – kovové hrebene, nožnice, </w:t>
      </w:r>
      <w:r w:rsidRPr="00D462F0">
        <w:rPr>
          <w:rFonts w:ascii="Arial CE" w:hAnsi="Arial CE" w:cs="Arial Narrow CE"/>
          <w:lang w:val="sk-SK"/>
        </w:rPr>
        <w:t>natáčky a kefy. Do popredia sa dostali aj chemické prípravky, ktoré umožnili farbenie vlasov.</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V roku 1906 vynašiel </w:t>
      </w:r>
      <w:proofErr w:type="spellStart"/>
      <w:r w:rsidRPr="00D462F0">
        <w:rPr>
          <w:rFonts w:ascii="Arial CE" w:hAnsi="Arial CE" w:cs="Arial Narrow CE"/>
          <w:lang w:val="sk-SK"/>
        </w:rPr>
        <w:t>Karl</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Nessler</w:t>
      </w:r>
      <w:proofErr w:type="spellEnd"/>
      <w:r w:rsidRPr="00D462F0">
        <w:rPr>
          <w:rFonts w:ascii="Arial CE" w:hAnsi="Arial CE" w:cs="Arial Narrow CE"/>
          <w:lang w:val="sk-SK"/>
        </w:rPr>
        <w:t xml:space="preserve"> prvý prístroj na trvalú onduláciu. Tento vynález spôsobil revolúciu – ženy si mohli udržať vlnité vlasy bez potreby každodenného</w:t>
      </w:r>
      <w:r w:rsidRPr="00D462F0">
        <w:rPr>
          <w:rFonts w:ascii="Arial CE" w:hAnsi="Arial CE" w:cs="Arial Narrow CE"/>
          <w:lang w:val="sk-SK"/>
        </w:rPr>
        <w:t xml:space="preserve"> natáčania. V 20. rokoch 20. storočia sa módou stali krátke účesy, známe ako </w:t>
      </w:r>
      <w:proofErr w:type="spellStart"/>
      <w:r w:rsidRPr="00D462F0">
        <w:rPr>
          <w:rFonts w:ascii="Arial CE" w:hAnsi="Arial CE" w:cs="Arial Narrow CE"/>
          <w:lang w:val="sk-SK"/>
        </w:rPr>
        <w:t>bob</w:t>
      </w:r>
      <w:proofErr w:type="spellEnd"/>
      <w:r w:rsidRPr="00D462F0">
        <w:rPr>
          <w:rFonts w:ascii="Arial CE" w:hAnsi="Arial CE" w:cs="Arial Narrow CE"/>
          <w:lang w:val="sk-SK"/>
        </w:rPr>
        <w:t>, ktoré symbolizovali nezávis</w:t>
      </w:r>
      <w:bookmarkStart w:id="0" w:name="_GoBack"/>
      <w:bookmarkEnd w:id="0"/>
      <w:r w:rsidRPr="00D462F0">
        <w:rPr>
          <w:rFonts w:ascii="Arial CE" w:hAnsi="Arial CE" w:cs="Arial Narrow CE"/>
          <w:lang w:val="sk-SK"/>
        </w:rPr>
        <w:t xml:space="preserve">losť a moderného ducha novej ženy. Filmové hviezdy ako </w:t>
      </w:r>
      <w:proofErr w:type="spellStart"/>
      <w:r w:rsidRPr="00D462F0">
        <w:rPr>
          <w:rFonts w:ascii="Arial CE" w:hAnsi="Arial CE" w:cs="Arial Narrow CE"/>
          <w:lang w:val="sk-SK"/>
        </w:rPr>
        <w:t>Greta</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Garbo</w:t>
      </w:r>
      <w:proofErr w:type="spellEnd"/>
      <w:r w:rsidRPr="00D462F0">
        <w:rPr>
          <w:rFonts w:ascii="Arial CE" w:hAnsi="Arial CE" w:cs="Arial Narrow CE"/>
          <w:lang w:val="sk-SK"/>
        </w:rPr>
        <w:t xml:space="preserve"> či Louise </w:t>
      </w:r>
      <w:proofErr w:type="spellStart"/>
      <w:r w:rsidRPr="00D462F0">
        <w:rPr>
          <w:rFonts w:ascii="Arial CE" w:hAnsi="Arial CE" w:cs="Arial Narrow CE"/>
          <w:lang w:val="sk-SK"/>
        </w:rPr>
        <w:t>Brooks</w:t>
      </w:r>
      <w:proofErr w:type="spellEnd"/>
      <w:r w:rsidRPr="00D462F0">
        <w:rPr>
          <w:rFonts w:ascii="Arial CE" w:hAnsi="Arial CE" w:cs="Arial Narrow CE"/>
          <w:lang w:val="sk-SK"/>
        </w:rPr>
        <w:t xml:space="preserve"> sa stali inšpiráciou pre milióny žien.</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Po druhej svetovej vojne</w:t>
      </w:r>
      <w:r w:rsidRPr="00D462F0">
        <w:rPr>
          <w:rFonts w:ascii="Arial CE" w:hAnsi="Arial CE" w:cs="Arial Narrow CE"/>
          <w:lang w:val="sk-SK"/>
        </w:rPr>
        <w:t xml:space="preserve"> sa kaderníctvo vyvíjalo v súlade s módou. V 50. rokoch prevládali objemné účesy, v 60. rokoch prišli experimenty s farbami a tvarmi. V 80. rokoch sa do popredia dostali extravagantné štýly ovplyvnené </w:t>
      </w:r>
      <w:proofErr w:type="spellStart"/>
      <w:r w:rsidRPr="00D462F0">
        <w:rPr>
          <w:rFonts w:ascii="Arial CE" w:hAnsi="Arial CE" w:cs="Arial Narrow CE"/>
          <w:lang w:val="sk-SK"/>
        </w:rPr>
        <w:t>popkultúrou</w:t>
      </w:r>
      <w:proofErr w:type="spellEnd"/>
      <w:r w:rsidRPr="00D462F0">
        <w:rPr>
          <w:rFonts w:ascii="Arial CE" w:hAnsi="Arial CE" w:cs="Arial Narrow CE"/>
          <w:lang w:val="sk-SK"/>
        </w:rPr>
        <w:t>. Kaderníctvo sa stalo formou sebavyjadrenia</w:t>
      </w:r>
      <w:r w:rsidRPr="00D462F0">
        <w:rPr>
          <w:rFonts w:ascii="Arial CE" w:hAnsi="Arial CE" w:cs="Arial Narrow CE"/>
          <w:lang w:val="sk-SK"/>
        </w:rPr>
        <w:t xml:space="preserve"> – účes vyjadroval osobnosť, náladu a životný štýl.</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lastRenderedPageBreak/>
        <w:t>5. Kaderníctvo v 21. storočí</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V 21. storočí sa kaderníctvo spája s technológiou, kreativitou a individualitou. Trendy sa menia rýchlo, vďaka sociálnym sieťam sa nové účesy šíria po celom svete v priebehu h</w:t>
      </w:r>
      <w:r w:rsidRPr="00D462F0">
        <w:rPr>
          <w:rFonts w:ascii="Arial CE" w:hAnsi="Arial CE" w:cs="Arial Narrow CE"/>
          <w:lang w:val="sk-SK"/>
        </w:rPr>
        <w:t xml:space="preserve">odín. Kaderníci využívajú moderné techniky – napríklad </w:t>
      </w:r>
      <w:proofErr w:type="spellStart"/>
      <w:r w:rsidRPr="00D462F0">
        <w:rPr>
          <w:rFonts w:ascii="Arial CE" w:hAnsi="Arial CE" w:cs="Arial Narrow CE"/>
          <w:lang w:val="sk-SK"/>
        </w:rPr>
        <w:t>balayage</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ombré</w:t>
      </w:r>
      <w:proofErr w:type="spellEnd"/>
      <w:r w:rsidRPr="00D462F0">
        <w:rPr>
          <w:rFonts w:ascii="Arial CE" w:hAnsi="Arial CE" w:cs="Arial Narrow CE"/>
          <w:lang w:val="sk-SK"/>
        </w:rPr>
        <w:t xml:space="preserve"> alebo </w:t>
      </w:r>
      <w:proofErr w:type="spellStart"/>
      <w:r w:rsidRPr="00D462F0">
        <w:rPr>
          <w:rFonts w:ascii="Arial CE" w:hAnsi="Arial CE" w:cs="Arial Narrow CE"/>
          <w:lang w:val="sk-SK"/>
        </w:rPr>
        <w:t>hair</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contouring</w:t>
      </w:r>
      <w:proofErr w:type="spellEnd"/>
      <w:r w:rsidRPr="00D462F0">
        <w:rPr>
          <w:rFonts w:ascii="Arial CE" w:hAnsi="Arial CE" w:cs="Arial Narrow CE"/>
          <w:lang w:val="sk-SK"/>
        </w:rPr>
        <w:t xml:space="preserve">. Rastie dopyt po ekologických produktoch, bez amoniaku a </w:t>
      </w:r>
      <w:proofErr w:type="spellStart"/>
      <w:r w:rsidRPr="00D462F0">
        <w:rPr>
          <w:rFonts w:ascii="Arial CE" w:hAnsi="Arial CE" w:cs="Arial Narrow CE"/>
          <w:lang w:val="sk-SK"/>
        </w:rPr>
        <w:t>parabénov</w:t>
      </w:r>
      <w:proofErr w:type="spellEnd"/>
      <w:r w:rsidRPr="00D462F0">
        <w:rPr>
          <w:rFonts w:ascii="Arial CE" w:hAnsi="Arial CE" w:cs="Arial Narrow CE"/>
          <w:lang w:val="sk-SK"/>
        </w:rPr>
        <w:t>.</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Kaderníctvo sa stalo aj súčasťou módneho priemyslu. Profesionálni </w:t>
      </w:r>
      <w:proofErr w:type="spellStart"/>
      <w:r w:rsidRPr="00D462F0">
        <w:rPr>
          <w:rFonts w:ascii="Arial CE" w:hAnsi="Arial CE" w:cs="Arial Narrow CE"/>
          <w:lang w:val="sk-SK"/>
        </w:rPr>
        <w:t>stylisti</w:t>
      </w:r>
      <w:proofErr w:type="spellEnd"/>
      <w:r w:rsidRPr="00D462F0">
        <w:rPr>
          <w:rFonts w:ascii="Arial CE" w:hAnsi="Arial CE" w:cs="Arial Narrow CE"/>
          <w:lang w:val="sk-SK"/>
        </w:rPr>
        <w:t xml:space="preserve"> pracujú na módnych p</w:t>
      </w:r>
      <w:r w:rsidRPr="00D462F0">
        <w:rPr>
          <w:rFonts w:ascii="Arial CE" w:hAnsi="Arial CE" w:cs="Arial Narrow CE"/>
          <w:lang w:val="sk-SK"/>
        </w:rPr>
        <w:t xml:space="preserve">rehliadkach, v televízii či vo filmovom priemysle. Mnohé kadernícke značky, ako L’Oréal, </w:t>
      </w:r>
      <w:proofErr w:type="spellStart"/>
      <w:r w:rsidRPr="00D462F0">
        <w:rPr>
          <w:rFonts w:ascii="Arial CE" w:hAnsi="Arial CE" w:cs="Arial Narrow CE"/>
          <w:lang w:val="sk-SK"/>
        </w:rPr>
        <w:t>Wella</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Schwarzkopf</w:t>
      </w:r>
      <w:proofErr w:type="spellEnd"/>
      <w:r w:rsidRPr="00D462F0">
        <w:rPr>
          <w:rFonts w:ascii="Arial CE" w:hAnsi="Arial CE" w:cs="Arial Narrow CE"/>
          <w:lang w:val="sk-SK"/>
        </w:rPr>
        <w:t xml:space="preserve"> či </w:t>
      </w:r>
      <w:proofErr w:type="spellStart"/>
      <w:r w:rsidRPr="00D462F0">
        <w:rPr>
          <w:rFonts w:ascii="Arial CE" w:hAnsi="Arial CE" w:cs="Arial Narrow CE"/>
          <w:lang w:val="sk-SK"/>
        </w:rPr>
        <w:t>Redken</w:t>
      </w:r>
      <w:proofErr w:type="spellEnd"/>
      <w:r w:rsidRPr="00D462F0">
        <w:rPr>
          <w:rFonts w:ascii="Arial CE" w:hAnsi="Arial CE" w:cs="Arial Narrow CE"/>
          <w:lang w:val="sk-SK"/>
        </w:rPr>
        <w:t>, investujú do výskumu a vzdelávania kaderníkov. Dôraz sa kladie aj na zdravie vlasov a pokožky hlavy.</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6. Vývoj kaderníckych nástrojov a te</w:t>
      </w:r>
      <w:r w:rsidRPr="00D462F0">
        <w:rPr>
          <w:rFonts w:ascii="Arial CE" w:hAnsi="Arial CE" w:cs="Arial Narrow CE"/>
          <w:color w:val="auto"/>
          <w:lang w:val="sk-SK"/>
        </w:rPr>
        <w:t>chník</w:t>
      </w:r>
    </w:p>
    <w:p w:rsidR="00497193" w:rsidRDefault="000B143E" w:rsidP="00B732A6">
      <w:pPr>
        <w:spacing w:line="240" w:lineRule="auto"/>
        <w:rPr>
          <w:rFonts w:ascii="Arial CE" w:hAnsi="Arial CE" w:cs="Arial Narrow CE"/>
          <w:lang w:val="sk-SK"/>
        </w:rPr>
      </w:pPr>
      <w:r w:rsidRPr="00D462F0">
        <w:rPr>
          <w:rFonts w:ascii="Arial CE" w:hAnsi="Arial CE" w:cs="Arial Narrow CE"/>
          <w:lang w:val="sk-SK"/>
        </w:rPr>
        <w:t>Prvé nástroje na úpravu vlasov boli jednoduché – kamenné hrebene, mušle alebo kosti. V staroveku sa používali bronzové a železné nožnice, hrebene a pinzety. V 19. storočí priniesla industrializácia masovú výrobu kovových nástrojov. Vynájdenie elektri</w:t>
      </w:r>
      <w:r w:rsidRPr="00D462F0">
        <w:rPr>
          <w:rFonts w:ascii="Arial CE" w:hAnsi="Arial CE" w:cs="Arial Narrow CE"/>
          <w:lang w:val="sk-SK"/>
        </w:rPr>
        <w:t>ny umožnilo vznik kulmy, fénu a neskôr žehličky na vlasy.</w:t>
      </w:r>
      <w:r w:rsidR="00383301">
        <w:rPr>
          <w:rFonts w:ascii="Arial CE" w:hAnsi="Arial CE" w:cs="Arial Narrow CE"/>
          <w:lang w:val="sk-SK"/>
        </w:rPr>
        <w:t xml:space="preserve"> </w:t>
      </w:r>
      <w:r w:rsidRPr="00D462F0">
        <w:rPr>
          <w:rFonts w:ascii="Arial CE" w:hAnsi="Arial CE" w:cs="Arial Narrow CE"/>
          <w:lang w:val="sk-SK"/>
        </w:rPr>
        <w:t xml:space="preserve">Chemické prípravky zmenili kaderníctvo zásadne. Trvalá ondulácia, farby, laky a tužidlá umožnili experimentovanie. V 21. storočí sa dôraz kladie na bezpečné a ekologické produkty. </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Moderné kaderníctvo sa dnes nezaobíde bez širokej palety nástrojov, ktoré umožňujú vytvárať presné, rýchle a kvalitné úpravy vlasov. Kaderník 21. storočia už dávno nepracuje len s nožnicami a hrebeňom – jeho pracovný stôl je plný technológií, ktoré zjednodušujú prácu a zároveň chránia zdravie vlasov klientov.</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Základom každej kaderníckej výbavy zostávajú </w:t>
      </w:r>
      <w:r w:rsidRPr="00383301">
        <w:rPr>
          <w:rFonts w:ascii="Times New Roman" w:eastAsia="Times New Roman" w:hAnsi="Times New Roman" w:cs="Times New Roman"/>
          <w:b/>
          <w:bCs/>
          <w:sz w:val="24"/>
          <w:szCs w:val="24"/>
          <w:lang w:val="sk-SK" w:eastAsia="sk-SK"/>
        </w:rPr>
        <w:t>nožnice</w:t>
      </w:r>
      <w:r w:rsidRPr="00383301">
        <w:rPr>
          <w:rFonts w:ascii="Times New Roman" w:eastAsia="Times New Roman" w:hAnsi="Times New Roman" w:cs="Times New Roman"/>
          <w:sz w:val="24"/>
          <w:szCs w:val="24"/>
          <w:lang w:val="sk-SK" w:eastAsia="sk-SK"/>
        </w:rPr>
        <w:t xml:space="preserve">, ktoré však prešli výrazným vývojom. Kvalitné profesionálne nožnice sú dnes vyrobené z chirurgickej ocele, majú ergonomický tvar a extrémne presné čepele. Kaderníci používajú rôzne typy – klasické, </w:t>
      </w:r>
      <w:proofErr w:type="spellStart"/>
      <w:r w:rsidRPr="00383301">
        <w:rPr>
          <w:rFonts w:ascii="Times New Roman" w:eastAsia="Times New Roman" w:hAnsi="Times New Roman" w:cs="Times New Roman"/>
          <w:sz w:val="24"/>
          <w:szCs w:val="24"/>
          <w:lang w:val="sk-SK" w:eastAsia="sk-SK"/>
        </w:rPr>
        <w:t>efilačné</w:t>
      </w:r>
      <w:proofErr w:type="spellEnd"/>
      <w:r w:rsidRPr="00383301">
        <w:rPr>
          <w:rFonts w:ascii="Times New Roman" w:eastAsia="Times New Roman" w:hAnsi="Times New Roman" w:cs="Times New Roman"/>
          <w:sz w:val="24"/>
          <w:szCs w:val="24"/>
          <w:lang w:val="sk-SK" w:eastAsia="sk-SK"/>
        </w:rPr>
        <w:t xml:space="preserve"> (zúbkované) či modelovacie nožnice, ktoré umožňujú vytvárať prirodzené prechody medzi vrstvami vlasov. Moderné nožnice bývajú vybavené aj </w:t>
      </w:r>
      <w:proofErr w:type="spellStart"/>
      <w:r w:rsidRPr="00383301">
        <w:rPr>
          <w:rFonts w:ascii="Times New Roman" w:eastAsia="Times New Roman" w:hAnsi="Times New Roman" w:cs="Times New Roman"/>
          <w:sz w:val="24"/>
          <w:szCs w:val="24"/>
          <w:lang w:val="sk-SK" w:eastAsia="sk-SK"/>
        </w:rPr>
        <w:t>mikrozúbkami</w:t>
      </w:r>
      <w:proofErr w:type="spellEnd"/>
      <w:r w:rsidRPr="00383301">
        <w:rPr>
          <w:rFonts w:ascii="Times New Roman" w:eastAsia="Times New Roman" w:hAnsi="Times New Roman" w:cs="Times New Roman"/>
          <w:sz w:val="24"/>
          <w:szCs w:val="24"/>
          <w:lang w:val="sk-SK" w:eastAsia="sk-SK"/>
        </w:rPr>
        <w:t>, ktoré zabraňujú skĺznutiu vlasov počas strihania.</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Ďalším neoddeliteľným nástrojom je </w:t>
      </w:r>
      <w:r w:rsidRPr="00383301">
        <w:rPr>
          <w:rFonts w:ascii="Times New Roman" w:eastAsia="Times New Roman" w:hAnsi="Times New Roman" w:cs="Times New Roman"/>
          <w:b/>
          <w:bCs/>
          <w:sz w:val="24"/>
          <w:szCs w:val="24"/>
          <w:lang w:val="sk-SK" w:eastAsia="sk-SK"/>
        </w:rPr>
        <w:t>strojček na vlasy</w:t>
      </w:r>
      <w:r w:rsidRPr="00383301">
        <w:rPr>
          <w:rFonts w:ascii="Times New Roman" w:eastAsia="Times New Roman" w:hAnsi="Times New Roman" w:cs="Times New Roman"/>
          <w:sz w:val="24"/>
          <w:szCs w:val="24"/>
          <w:lang w:val="sk-SK" w:eastAsia="sk-SK"/>
        </w:rPr>
        <w:t xml:space="preserve">, ktorý je obľúbený najmä pri pánskych strihoch. Dnešné strojčeky sú ľahké, tiché a vybavené lítiovo-iónovými batériami, ktoré zaručujú dlhú výdrž. Niektoré modely majú digitálne displeje a možnosť presného nastavenia dĺžky strihu v milimetroch. Pre detailné úpravy sa používajú aj </w:t>
      </w:r>
      <w:proofErr w:type="spellStart"/>
      <w:r w:rsidRPr="00383301">
        <w:rPr>
          <w:rFonts w:ascii="Times New Roman" w:eastAsia="Times New Roman" w:hAnsi="Times New Roman" w:cs="Times New Roman"/>
          <w:sz w:val="24"/>
          <w:szCs w:val="24"/>
          <w:lang w:val="sk-SK" w:eastAsia="sk-SK"/>
        </w:rPr>
        <w:t>kontúrovacie</w:t>
      </w:r>
      <w:proofErr w:type="spellEnd"/>
      <w:r w:rsidRPr="00383301">
        <w:rPr>
          <w:rFonts w:ascii="Times New Roman" w:eastAsia="Times New Roman" w:hAnsi="Times New Roman" w:cs="Times New Roman"/>
          <w:sz w:val="24"/>
          <w:szCs w:val="24"/>
          <w:lang w:val="sk-SK" w:eastAsia="sk-SK"/>
        </w:rPr>
        <w:t xml:space="preserve"> strojčeky a </w:t>
      </w:r>
      <w:proofErr w:type="spellStart"/>
      <w:r w:rsidRPr="00383301">
        <w:rPr>
          <w:rFonts w:ascii="Times New Roman" w:eastAsia="Times New Roman" w:hAnsi="Times New Roman" w:cs="Times New Roman"/>
          <w:sz w:val="24"/>
          <w:szCs w:val="24"/>
          <w:lang w:val="sk-SK" w:eastAsia="sk-SK"/>
        </w:rPr>
        <w:t>zastrihávače</w:t>
      </w:r>
      <w:proofErr w:type="spellEnd"/>
      <w:r w:rsidRPr="00383301">
        <w:rPr>
          <w:rFonts w:ascii="Times New Roman" w:eastAsia="Times New Roman" w:hAnsi="Times New Roman" w:cs="Times New Roman"/>
          <w:sz w:val="24"/>
          <w:szCs w:val="24"/>
          <w:lang w:val="sk-SK" w:eastAsia="sk-SK"/>
        </w:rPr>
        <w:t xml:space="preserve"> brady.</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V oblasti tvarovania vlasov nastal obrovský pokrok vďaka </w:t>
      </w:r>
      <w:r w:rsidRPr="00383301">
        <w:rPr>
          <w:rFonts w:ascii="Times New Roman" w:eastAsia="Times New Roman" w:hAnsi="Times New Roman" w:cs="Times New Roman"/>
          <w:b/>
          <w:bCs/>
          <w:sz w:val="24"/>
          <w:szCs w:val="24"/>
          <w:lang w:val="sk-SK" w:eastAsia="sk-SK"/>
        </w:rPr>
        <w:t>fénom, žehličkám a kulmám</w:t>
      </w:r>
      <w:r w:rsidRPr="00383301">
        <w:rPr>
          <w:rFonts w:ascii="Times New Roman" w:eastAsia="Times New Roman" w:hAnsi="Times New Roman" w:cs="Times New Roman"/>
          <w:sz w:val="24"/>
          <w:szCs w:val="24"/>
          <w:lang w:val="sk-SK" w:eastAsia="sk-SK"/>
        </w:rPr>
        <w:t xml:space="preserve"> s modernými technológiami. Najnovšie sušiče vlasov využívajú </w:t>
      </w:r>
      <w:r w:rsidRPr="00383301">
        <w:rPr>
          <w:rFonts w:ascii="Times New Roman" w:eastAsia="Times New Roman" w:hAnsi="Times New Roman" w:cs="Times New Roman"/>
          <w:b/>
          <w:bCs/>
          <w:sz w:val="24"/>
          <w:szCs w:val="24"/>
          <w:lang w:val="sk-SK" w:eastAsia="sk-SK"/>
        </w:rPr>
        <w:t>iónovú technológiu</w:t>
      </w:r>
      <w:r w:rsidRPr="00383301">
        <w:rPr>
          <w:rFonts w:ascii="Times New Roman" w:eastAsia="Times New Roman" w:hAnsi="Times New Roman" w:cs="Times New Roman"/>
          <w:sz w:val="24"/>
          <w:szCs w:val="24"/>
          <w:lang w:val="sk-SK" w:eastAsia="sk-SK"/>
        </w:rPr>
        <w:t xml:space="preserve">, ktorá znižuje statickú elektrinu, skracuje čas sušenia a dodáva vlasom lesk. Niektoré modely pracujú s </w:t>
      </w:r>
      <w:r w:rsidRPr="00383301">
        <w:rPr>
          <w:rFonts w:ascii="Times New Roman" w:eastAsia="Times New Roman" w:hAnsi="Times New Roman" w:cs="Times New Roman"/>
          <w:b/>
          <w:bCs/>
          <w:sz w:val="24"/>
          <w:szCs w:val="24"/>
          <w:lang w:val="sk-SK" w:eastAsia="sk-SK"/>
        </w:rPr>
        <w:t>digitálnym meraním teploty</w:t>
      </w:r>
      <w:r w:rsidRPr="00383301">
        <w:rPr>
          <w:rFonts w:ascii="Times New Roman" w:eastAsia="Times New Roman" w:hAnsi="Times New Roman" w:cs="Times New Roman"/>
          <w:sz w:val="24"/>
          <w:szCs w:val="24"/>
          <w:lang w:val="sk-SK" w:eastAsia="sk-SK"/>
        </w:rPr>
        <w:t>, ktoré automaticky prispôsobuje prúd vzduchu typu vlasu, aby sa predišlo poškodeniu.</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Žehličky a kulmy prešli ešte výraznejším vývojom. Dnešné prístroje používajú </w:t>
      </w:r>
      <w:r w:rsidRPr="00383301">
        <w:rPr>
          <w:rFonts w:ascii="Times New Roman" w:eastAsia="Times New Roman" w:hAnsi="Times New Roman" w:cs="Times New Roman"/>
          <w:b/>
          <w:bCs/>
          <w:sz w:val="24"/>
          <w:szCs w:val="24"/>
          <w:lang w:val="sk-SK" w:eastAsia="sk-SK"/>
        </w:rPr>
        <w:t xml:space="preserve">keramické, </w:t>
      </w:r>
      <w:proofErr w:type="spellStart"/>
      <w:r w:rsidRPr="00383301">
        <w:rPr>
          <w:rFonts w:ascii="Times New Roman" w:eastAsia="Times New Roman" w:hAnsi="Times New Roman" w:cs="Times New Roman"/>
          <w:b/>
          <w:bCs/>
          <w:sz w:val="24"/>
          <w:szCs w:val="24"/>
          <w:lang w:val="sk-SK" w:eastAsia="sk-SK"/>
        </w:rPr>
        <w:t>turmalínové</w:t>
      </w:r>
      <w:proofErr w:type="spellEnd"/>
      <w:r w:rsidRPr="00383301">
        <w:rPr>
          <w:rFonts w:ascii="Times New Roman" w:eastAsia="Times New Roman" w:hAnsi="Times New Roman" w:cs="Times New Roman"/>
          <w:b/>
          <w:bCs/>
          <w:sz w:val="24"/>
          <w:szCs w:val="24"/>
          <w:lang w:val="sk-SK" w:eastAsia="sk-SK"/>
        </w:rPr>
        <w:t xml:space="preserve"> alebo titánové povrchy</w:t>
      </w:r>
      <w:r w:rsidRPr="00383301">
        <w:rPr>
          <w:rFonts w:ascii="Times New Roman" w:eastAsia="Times New Roman" w:hAnsi="Times New Roman" w:cs="Times New Roman"/>
          <w:sz w:val="24"/>
          <w:szCs w:val="24"/>
          <w:lang w:val="sk-SK" w:eastAsia="sk-SK"/>
        </w:rPr>
        <w:t xml:space="preserve">, ktoré rovnomerne rozvádzajú teplo a chránia vlasové vlákno. Veľkou novinkou sú </w:t>
      </w:r>
      <w:r w:rsidRPr="00383301">
        <w:rPr>
          <w:rFonts w:ascii="Times New Roman" w:eastAsia="Times New Roman" w:hAnsi="Times New Roman" w:cs="Times New Roman"/>
          <w:b/>
          <w:bCs/>
          <w:sz w:val="24"/>
          <w:szCs w:val="24"/>
          <w:lang w:val="sk-SK" w:eastAsia="sk-SK"/>
        </w:rPr>
        <w:t>automatické kulmy</w:t>
      </w:r>
      <w:r w:rsidRPr="00383301">
        <w:rPr>
          <w:rFonts w:ascii="Times New Roman" w:eastAsia="Times New Roman" w:hAnsi="Times New Roman" w:cs="Times New Roman"/>
          <w:sz w:val="24"/>
          <w:szCs w:val="24"/>
          <w:lang w:val="sk-SK" w:eastAsia="sk-SK"/>
        </w:rPr>
        <w:t>, ktoré samy navinú prameň vlasov a po niekoľkých sekundách vytvoria dokonalú lokňu. Profesionálne kadernícke žehličky umožňujú nielen vyrovnávať, ale aj natáčať vlasy, čím sa stali univerzálnym nástrojom pre rôzne účesy.</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V moderných salónoch majú významné miesto aj </w:t>
      </w:r>
      <w:r w:rsidRPr="00383301">
        <w:rPr>
          <w:rFonts w:ascii="Times New Roman" w:eastAsia="Times New Roman" w:hAnsi="Times New Roman" w:cs="Times New Roman"/>
          <w:b/>
          <w:bCs/>
          <w:sz w:val="24"/>
          <w:szCs w:val="24"/>
          <w:lang w:val="sk-SK" w:eastAsia="sk-SK"/>
        </w:rPr>
        <w:t>sušiace a tvarovacie prístroje s infračervenou alebo ultrazvukovou technológiou</w:t>
      </w:r>
      <w:r w:rsidRPr="00383301">
        <w:rPr>
          <w:rFonts w:ascii="Times New Roman" w:eastAsia="Times New Roman" w:hAnsi="Times New Roman" w:cs="Times New Roman"/>
          <w:sz w:val="24"/>
          <w:szCs w:val="24"/>
          <w:lang w:val="sk-SK" w:eastAsia="sk-SK"/>
        </w:rPr>
        <w:t xml:space="preserve">. Tieto zariadenia umožňujú prenikanie ošetrujúcich látok hlboko do vlasového vlákna a urýchľujú proces regenerácie. Používajú sa najmä pri profesionálnych ošetreniach, ako sú keratínové kúry či </w:t>
      </w:r>
      <w:proofErr w:type="spellStart"/>
      <w:r w:rsidRPr="00383301">
        <w:rPr>
          <w:rFonts w:ascii="Times New Roman" w:eastAsia="Times New Roman" w:hAnsi="Times New Roman" w:cs="Times New Roman"/>
          <w:sz w:val="24"/>
          <w:szCs w:val="24"/>
          <w:lang w:val="sk-SK" w:eastAsia="sk-SK"/>
        </w:rPr>
        <w:t>botox</w:t>
      </w:r>
      <w:proofErr w:type="spellEnd"/>
      <w:r w:rsidRPr="00383301">
        <w:rPr>
          <w:rFonts w:ascii="Times New Roman" w:eastAsia="Times New Roman" w:hAnsi="Times New Roman" w:cs="Times New Roman"/>
          <w:sz w:val="24"/>
          <w:szCs w:val="24"/>
          <w:lang w:val="sk-SK" w:eastAsia="sk-SK"/>
        </w:rPr>
        <w:t xml:space="preserve"> na vlasy.</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Nesmierne dôležité sú aj </w:t>
      </w:r>
      <w:proofErr w:type="spellStart"/>
      <w:r w:rsidRPr="00383301">
        <w:rPr>
          <w:rFonts w:ascii="Times New Roman" w:eastAsia="Times New Roman" w:hAnsi="Times New Roman" w:cs="Times New Roman"/>
          <w:b/>
          <w:bCs/>
          <w:sz w:val="24"/>
          <w:szCs w:val="24"/>
          <w:lang w:val="sk-SK" w:eastAsia="sk-SK"/>
        </w:rPr>
        <w:t>hrebeňe</w:t>
      </w:r>
      <w:proofErr w:type="spellEnd"/>
      <w:r w:rsidRPr="00383301">
        <w:rPr>
          <w:rFonts w:ascii="Times New Roman" w:eastAsia="Times New Roman" w:hAnsi="Times New Roman" w:cs="Times New Roman"/>
          <w:b/>
          <w:bCs/>
          <w:sz w:val="24"/>
          <w:szCs w:val="24"/>
          <w:lang w:val="sk-SK" w:eastAsia="sk-SK"/>
        </w:rPr>
        <w:t xml:space="preserve"> a kefy</w:t>
      </w:r>
      <w:r w:rsidRPr="00383301">
        <w:rPr>
          <w:rFonts w:ascii="Times New Roman" w:eastAsia="Times New Roman" w:hAnsi="Times New Roman" w:cs="Times New Roman"/>
          <w:sz w:val="24"/>
          <w:szCs w:val="24"/>
          <w:lang w:val="sk-SK" w:eastAsia="sk-SK"/>
        </w:rPr>
        <w:t xml:space="preserve">. Hoci sa zdajú byť jednoduchým nástrojom, v skutočnosti ide o vysoko špecializované pomôcky. Na trhu sú antistatické, iónové aj teplovzdorné kefy, ktoré sa používajú pri fénovaní. Okrúhle kefy pomáhajú vytvárať objem, zatiaľ čo ploché kefy sú vhodné na uhladenie vlasov. Pre kaderníkov sú dôležité aj tzv. </w:t>
      </w:r>
      <w:proofErr w:type="spellStart"/>
      <w:r w:rsidRPr="00383301">
        <w:rPr>
          <w:rFonts w:ascii="Times New Roman" w:eastAsia="Times New Roman" w:hAnsi="Times New Roman" w:cs="Times New Roman"/>
          <w:b/>
          <w:bCs/>
          <w:sz w:val="24"/>
          <w:szCs w:val="24"/>
          <w:lang w:val="sk-SK" w:eastAsia="sk-SK"/>
        </w:rPr>
        <w:t>pin</w:t>
      </w:r>
      <w:proofErr w:type="spellEnd"/>
      <w:r w:rsidRPr="00383301">
        <w:rPr>
          <w:rFonts w:ascii="Times New Roman" w:eastAsia="Times New Roman" w:hAnsi="Times New Roman" w:cs="Times New Roman"/>
          <w:b/>
          <w:bCs/>
          <w:sz w:val="24"/>
          <w:szCs w:val="24"/>
          <w:lang w:val="sk-SK" w:eastAsia="sk-SK"/>
        </w:rPr>
        <w:t xml:space="preserve"> </w:t>
      </w:r>
      <w:proofErr w:type="spellStart"/>
      <w:r w:rsidRPr="00383301">
        <w:rPr>
          <w:rFonts w:ascii="Times New Roman" w:eastAsia="Times New Roman" w:hAnsi="Times New Roman" w:cs="Times New Roman"/>
          <w:b/>
          <w:bCs/>
          <w:sz w:val="24"/>
          <w:szCs w:val="24"/>
          <w:lang w:val="sk-SK" w:eastAsia="sk-SK"/>
        </w:rPr>
        <w:t>tail</w:t>
      </w:r>
      <w:proofErr w:type="spellEnd"/>
      <w:r w:rsidRPr="00383301">
        <w:rPr>
          <w:rFonts w:ascii="Times New Roman" w:eastAsia="Times New Roman" w:hAnsi="Times New Roman" w:cs="Times New Roman"/>
          <w:b/>
          <w:bCs/>
          <w:sz w:val="24"/>
          <w:szCs w:val="24"/>
          <w:lang w:val="sk-SK" w:eastAsia="sk-SK"/>
        </w:rPr>
        <w:t xml:space="preserve"> </w:t>
      </w:r>
      <w:proofErr w:type="spellStart"/>
      <w:r w:rsidRPr="00383301">
        <w:rPr>
          <w:rFonts w:ascii="Times New Roman" w:eastAsia="Times New Roman" w:hAnsi="Times New Roman" w:cs="Times New Roman"/>
          <w:b/>
          <w:bCs/>
          <w:sz w:val="24"/>
          <w:szCs w:val="24"/>
          <w:lang w:val="sk-SK" w:eastAsia="sk-SK"/>
        </w:rPr>
        <w:t>hrebeňe</w:t>
      </w:r>
      <w:proofErr w:type="spellEnd"/>
      <w:r w:rsidRPr="00383301">
        <w:rPr>
          <w:rFonts w:ascii="Times New Roman" w:eastAsia="Times New Roman" w:hAnsi="Times New Roman" w:cs="Times New Roman"/>
          <w:sz w:val="24"/>
          <w:szCs w:val="24"/>
          <w:lang w:val="sk-SK" w:eastAsia="sk-SK"/>
        </w:rPr>
        <w:t>, s tenkou rukoväťou na presné rozdeľovanie prameňov.</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V súčasnosti sa do kaderníctva čoraz viac dostávajú </w:t>
      </w:r>
      <w:r w:rsidRPr="00383301">
        <w:rPr>
          <w:rFonts w:ascii="Times New Roman" w:eastAsia="Times New Roman" w:hAnsi="Times New Roman" w:cs="Times New Roman"/>
          <w:b/>
          <w:bCs/>
          <w:sz w:val="24"/>
          <w:szCs w:val="24"/>
          <w:lang w:val="sk-SK" w:eastAsia="sk-SK"/>
        </w:rPr>
        <w:t>digitálne technológie</w:t>
      </w:r>
      <w:r w:rsidRPr="00383301">
        <w:rPr>
          <w:rFonts w:ascii="Times New Roman" w:eastAsia="Times New Roman" w:hAnsi="Times New Roman" w:cs="Times New Roman"/>
          <w:sz w:val="24"/>
          <w:szCs w:val="24"/>
          <w:lang w:val="sk-SK" w:eastAsia="sk-SK"/>
        </w:rPr>
        <w:t xml:space="preserve">. Objavujú sa inteligentné </w:t>
      </w:r>
      <w:proofErr w:type="spellStart"/>
      <w:r w:rsidRPr="00383301">
        <w:rPr>
          <w:rFonts w:ascii="Times New Roman" w:eastAsia="Times New Roman" w:hAnsi="Times New Roman" w:cs="Times New Roman"/>
          <w:sz w:val="24"/>
          <w:szCs w:val="24"/>
          <w:lang w:val="sk-SK" w:eastAsia="sk-SK"/>
        </w:rPr>
        <w:t>fénové</w:t>
      </w:r>
      <w:proofErr w:type="spellEnd"/>
      <w:r w:rsidRPr="00383301">
        <w:rPr>
          <w:rFonts w:ascii="Times New Roman" w:eastAsia="Times New Roman" w:hAnsi="Times New Roman" w:cs="Times New Roman"/>
          <w:sz w:val="24"/>
          <w:szCs w:val="24"/>
          <w:lang w:val="sk-SK" w:eastAsia="sk-SK"/>
        </w:rPr>
        <w:t xml:space="preserve"> systémy s možnosťou pripojenia na mobilnú aplikáciu, ktoré analyzujú stav vlasov a odporúčajú vhodné nastavenia teploty či rýchlosti prúdu vzduchu. V niektorých moderných salónoch sa testujú aj </w:t>
      </w:r>
      <w:r w:rsidRPr="00383301">
        <w:rPr>
          <w:rFonts w:ascii="Times New Roman" w:eastAsia="Times New Roman" w:hAnsi="Times New Roman" w:cs="Times New Roman"/>
          <w:b/>
          <w:bCs/>
          <w:sz w:val="24"/>
          <w:szCs w:val="24"/>
          <w:lang w:val="sk-SK" w:eastAsia="sk-SK"/>
        </w:rPr>
        <w:t>3D skenery</w:t>
      </w:r>
      <w:r w:rsidRPr="00383301">
        <w:rPr>
          <w:rFonts w:ascii="Times New Roman" w:eastAsia="Times New Roman" w:hAnsi="Times New Roman" w:cs="Times New Roman"/>
          <w:sz w:val="24"/>
          <w:szCs w:val="24"/>
          <w:lang w:val="sk-SK" w:eastAsia="sk-SK"/>
        </w:rPr>
        <w:t xml:space="preserve">, ktoré zmerajú tvar hlavy a pomáhajú vytvoriť </w:t>
      </w:r>
      <w:proofErr w:type="spellStart"/>
      <w:r w:rsidRPr="00383301">
        <w:rPr>
          <w:rFonts w:ascii="Times New Roman" w:eastAsia="Times New Roman" w:hAnsi="Times New Roman" w:cs="Times New Roman"/>
          <w:sz w:val="24"/>
          <w:szCs w:val="24"/>
          <w:lang w:val="sk-SK" w:eastAsia="sk-SK"/>
        </w:rPr>
        <w:t>personalizovaný</w:t>
      </w:r>
      <w:proofErr w:type="spellEnd"/>
      <w:r w:rsidRPr="00383301">
        <w:rPr>
          <w:rFonts w:ascii="Times New Roman" w:eastAsia="Times New Roman" w:hAnsi="Times New Roman" w:cs="Times New Roman"/>
          <w:sz w:val="24"/>
          <w:szCs w:val="24"/>
          <w:lang w:val="sk-SK" w:eastAsia="sk-SK"/>
        </w:rPr>
        <w:t xml:space="preserve"> strih podľa anatómie klienta.</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 xml:space="preserve">Z hľadiska bezpečnosti a hygieny sú dôležité aj </w:t>
      </w:r>
      <w:r w:rsidRPr="00383301">
        <w:rPr>
          <w:rFonts w:ascii="Times New Roman" w:eastAsia="Times New Roman" w:hAnsi="Times New Roman" w:cs="Times New Roman"/>
          <w:b/>
          <w:bCs/>
          <w:sz w:val="24"/>
          <w:szCs w:val="24"/>
          <w:lang w:val="sk-SK" w:eastAsia="sk-SK"/>
        </w:rPr>
        <w:t>sterilizátory a čistiace zariadenia</w:t>
      </w:r>
      <w:r w:rsidRPr="00383301">
        <w:rPr>
          <w:rFonts w:ascii="Times New Roman" w:eastAsia="Times New Roman" w:hAnsi="Times New Roman" w:cs="Times New Roman"/>
          <w:sz w:val="24"/>
          <w:szCs w:val="24"/>
          <w:lang w:val="sk-SK" w:eastAsia="sk-SK"/>
        </w:rPr>
        <w:t xml:space="preserve">, ktoré zaručujú, že každý nástroj je dokonale dezinfikovaný. </w:t>
      </w:r>
      <w:proofErr w:type="spellStart"/>
      <w:r w:rsidRPr="00383301">
        <w:rPr>
          <w:rFonts w:ascii="Times New Roman" w:eastAsia="Times New Roman" w:hAnsi="Times New Roman" w:cs="Times New Roman"/>
          <w:sz w:val="24"/>
          <w:szCs w:val="24"/>
          <w:lang w:val="sk-SK" w:eastAsia="sk-SK"/>
        </w:rPr>
        <w:t>Pandemické</w:t>
      </w:r>
      <w:proofErr w:type="spellEnd"/>
      <w:r w:rsidRPr="00383301">
        <w:rPr>
          <w:rFonts w:ascii="Times New Roman" w:eastAsia="Times New Roman" w:hAnsi="Times New Roman" w:cs="Times New Roman"/>
          <w:sz w:val="24"/>
          <w:szCs w:val="24"/>
          <w:lang w:val="sk-SK" w:eastAsia="sk-SK"/>
        </w:rPr>
        <w:t xml:space="preserve"> obdobie výrazne posilnilo dôraz na čistotu, a preto je v profesionálnych salónoch samozrejmosťou pravidelná údržba a sterilizácia všetkých pomôcok.</w:t>
      </w:r>
    </w:p>
    <w:p w:rsidR="00383301" w:rsidRPr="00383301" w:rsidRDefault="00383301" w:rsidP="00383301">
      <w:pPr>
        <w:spacing w:before="100" w:beforeAutospacing="1" w:after="100" w:afterAutospacing="1" w:line="240" w:lineRule="auto"/>
        <w:rPr>
          <w:rFonts w:ascii="Times New Roman" w:eastAsia="Times New Roman" w:hAnsi="Times New Roman" w:cs="Times New Roman"/>
          <w:sz w:val="24"/>
          <w:szCs w:val="24"/>
          <w:lang w:val="sk-SK" w:eastAsia="sk-SK"/>
        </w:rPr>
      </w:pPr>
      <w:r w:rsidRPr="00383301">
        <w:rPr>
          <w:rFonts w:ascii="Times New Roman" w:eastAsia="Times New Roman" w:hAnsi="Times New Roman" w:cs="Times New Roman"/>
          <w:sz w:val="24"/>
          <w:szCs w:val="24"/>
          <w:lang w:val="sk-SK" w:eastAsia="sk-SK"/>
        </w:rPr>
        <w:t>Moderné kadernícke nástroje sú teda nielen praktické, ale aj technologicky vyspelé. Spájajú v sebe tradíciu ručnej zručnosti s presnosťou modernej techniky. Vďaka nim sa práca kaderníka stáva efektívnejšou, výsledky sú presnejšie a klienti odchádzajú spokojnejší než kedykoľvek predtým.</w:t>
      </w:r>
    </w:p>
    <w:p w:rsidR="003744AF" w:rsidRPr="00383301" w:rsidRDefault="003744AF" w:rsidP="00B732A6">
      <w:pPr>
        <w:spacing w:line="240" w:lineRule="auto"/>
        <w:rPr>
          <w:b/>
        </w:rPr>
      </w:pPr>
      <w:proofErr w:type="spellStart"/>
      <w:r w:rsidRPr="00383301">
        <w:rPr>
          <w:b/>
        </w:rPr>
        <w:t>T</w:t>
      </w:r>
      <w:r w:rsidRPr="00383301">
        <w:rPr>
          <w:b/>
        </w:rPr>
        <w:t>emné</w:t>
      </w:r>
      <w:proofErr w:type="spellEnd"/>
      <w:r w:rsidRPr="00383301">
        <w:rPr>
          <w:b/>
        </w:rPr>
        <w:t xml:space="preserve"> </w:t>
      </w:r>
      <w:proofErr w:type="spellStart"/>
      <w:r w:rsidRPr="00383301">
        <w:rPr>
          <w:b/>
        </w:rPr>
        <w:t>stránky</w:t>
      </w:r>
      <w:proofErr w:type="spellEnd"/>
      <w:r w:rsidRPr="00383301">
        <w:rPr>
          <w:b/>
        </w:rPr>
        <w:t xml:space="preserve"> </w:t>
      </w:r>
      <w:proofErr w:type="spellStart"/>
      <w:r w:rsidRPr="00383301">
        <w:rPr>
          <w:b/>
        </w:rPr>
        <w:t>pokroku</w:t>
      </w:r>
      <w:proofErr w:type="spellEnd"/>
      <w:r w:rsidR="00383301" w:rsidRPr="00383301">
        <w:rPr>
          <w:b/>
        </w:rPr>
        <w:t xml:space="preserve"> v </w:t>
      </w:r>
      <w:proofErr w:type="spellStart"/>
      <w:r w:rsidR="00383301" w:rsidRPr="00383301">
        <w:rPr>
          <w:b/>
        </w:rPr>
        <w:t>technológiách</w:t>
      </w:r>
      <w:proofErr w:type="spellEnd"/>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Kaderníctvo je síce svet krásy, kreativity a sebavyjadrenia, no má aj svoju odvrátenú stránku. Za lesklými účesmi a módnymi farbami sa často skrýva množstvo chemikálií, experimentov a niekedy aj bolestivých skúseností. V minulosti, keď ešte neexistovali moderné bezpečnostné normy a kvalitné kozmetické testy, sa kadernícke procedúry robili metódami, ktoré by sme dnes považovali za nebezpečné.</w:t>
      </w:r>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Už v 19. storočí sa ženy snažili dosiahnuť kučeravé vlasy pomocou primitívnych „trvalých ondulácií“, pri ktorých sa používali horúce kovové tyče a silné chemikálie. Vlasy sa často spálili alebo lámali, pokožka hlavy bola podráždená a mnohé ženy utrpeli aj popáleniny. Dokonca aj prvé pokusy o farbenie vlasov neboli bez rizika – používali sa zlúčeniny olova, medi a ortuti, ktoré mohli spôsobovať vážne zdravotné problémy, od vypadávania vlasov až po otravu organizmu.</w:t>
      </w:r>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 xml:space="preserve">Ani moderné časy nie sú úplne bezchybné. Hoci dnes kaderníci pracujú s kvalitnými značkami, stále sa stáva, že niektoré produkty spôsobia alergické reakcie alebo podráždenie pokožky. Napríklad farby obsahujúce </w:t>
      </w:r>
      <w:proofErr w:type="spellStart"/>
      <w:r w:rsidRPr="003744AF">
        <w:rPr>
          <w:rFonts w:ascii="Times New Roman" w:eastAsia="Times New Roman" w:hAnsi="Times New Roman" w:cs="Times New Roman"/>
          <w:b/>
          <w:bCs/>
          <w:sz w:val="24"/>
          <w:szCs w:val="24"/>
          <w:lang w:val="sk-SK" w:eastAsia="sk-SK"/>
        </w:rPr>
        <w:t>parafenyléndiamín</w:t>
      </w:r>
      <w:proofErr w:type="spellEnd"/>
      <w:r w:rsidRPr="003744AF">
        <w:rPr>
          <w:rFonts w:ascii="Times New Roman" w:eastAsia="Times New Roman" w:hAnsi="Times New Roman" w:cs="Times New Roman"/>
          <w:b/>
          <w:bCs/>
          <w:sz w:val="24"/>
          <w:szCs w:val="24"/>
          <w:lang w:val="sk-SK" w:eastAsia="sk-SK"/>
        </w:rPr>
        <w:t xml:space="preserve"> (PPD)</w:t>
      </w:r>
      <w:r w:rsidRPr="003744AF">
        <w:rPr>
          <w:rFonts w:ascii="Times New Roman" w:eastAsia="Times New Roman" w:hAnsi="Times New Roman" w:cs="Times New Roman"/>
          <w:sz w:val="24"/>
          <w:szCs w:val="24"/>
          <w:lang w:val="sk-SK" w:eastAsia="sk-SK"/>
        </w:rPr>
        <w:t xml:space="preserve"> môžu vyvolať silné alergie, a preto by mali byť používané s opatrnosťou. Aj nadmerné odfarbovanie vlasov, časté fénovanie a žehlenie môže viesť k ich lámavosti, strate lesku či dokonca k trvalému poškodeniu štruktúry vlasu.</w:t>
      </w:r>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 xml:space="preserve">Niektoré nevydarené kadernícke experimenty sa stali aj legendárnymi. V 80. a 90. rokoch sa napríklad rozšírili extrémne trvalé ondulácie, ktoré síce na chvíľu vytvorili módne kučery, ale po pár týždňoch zanechali vlasy suché ako slama. V súčasnosti sa niektoré </w:t>
      </w:r>
      <w:proofErr w:type="spellStart"/>
      <w:r w:rsidRPr="003744AF">
        <w:rPr>
          <w:rFonts w:ascii="Times New Roman" w:eastAsia="Times New Roman" w:hAnsi="Times New Roman" w:cs="Times New Roman"/>
          <w:sz w:val="24"/>
          <w:szCs w:val="24"/>
          <w:lang w:val="sk-SK" w:eastAsia="sk-SK"/>
        </w:rPr>
        <w:t>influencerky</w:t>
      </w:r>
      <w:proofErr w:type="spellEnd"/>
      <w:r w:rsidRPr="003744AF">
        <w:rPr>
          <w:rFonts w:ascii="Times New Roman" w:eastAsia="Times New Roman" w:hAnsi="Times New Roman" w:cs="Times New Roman"/>
          <w:sz w:val="24"/>
          <w:szCs w:val="24"/>
          <w:lang w:val="sk-SK" w:eastAsia="sk-SK"/>
        </w:rPr>
        <w:t xml:space="preserve"> na sociálnych sieťach pokúšajú o domáce farbenie alebo bielenie vlasov bez pomoci odborníkov – výsledkom bývajú oranžové, fľakaté či úplne spálené vlasy. Kaderníci potom často musia zachraňovať, čo sa ešte dá.</w:t>
      </w:r>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 xml:space="preserve">Ďalšou temnou stránkou sú </w:t>
      </w:r>
      <w:r w:rsidRPr="003744AF">
        <w:rPr>
          <w:rFonts w:ascii="Times New Roman" w:eastAsia="Times New Roman" w:hAnsi="Times New Roman" w:cs="Times New Roman"/>
          <w:b/>
          <w:bCs/>
          <w:sz w:val="24"/>
          <w:szCs w:val="24"/>
          <w:lang w:val="sk-SK" w:eastAsia="sk-SK"/>
        </w:rPr>
        <w:t>etické otázky</w:t>
      </w:r>
      <w:r w:rsidRPr="003744AF">
        <w:rPr>
          <w:rFonts w:ascii="Times New Roman" w:eastAsia="Times New Roman" w:hAnsi="Times New Roman" w:cs="Times New Roman"/>
          <w:sz w:val="24"/>
          <w:szCs w:val="24"/>
          <w:lang w:val="sk-SK" w:eastAsia="sk-SK"/>
        </w:rPr>
        <w:t xml:space="preserve"> spojené s výrobou vlasových produktov a doplnkov. Predlžovanie vlasov si získalo obrovskú popularitu, no len málo ľudí si uvedomuje, že prírodné vlasy používané na tieto účely pochádzajú často z chudobných regiónov Ázie alebo Južnej Ameriky, kde ženy predávajú svoje vlasy za zlomok hodnoty. Vlasy sa následne spracúvajú v továrňach a predávajú sa za vysoké ceny.</w:t>
      </w:r>
    </w:p>
    <w:p w:rsidR="003744AF" w:rsidRPr="003744AF" w:rsidRDefault="003744AF" w:rsidP="003744AF">
      <w:pPr>
        <w:spacing w:before="100" w:beforeAutospacing="1" w:after="100" w:afterAutospacing="1" w:line="240" w:lineRule="auto"/>
        <w:rPr>
          <w:rFonts w:ascii="Times New Roman" w:eastAsia="Times New Roman" w:hAnsi="Times New Roman" w:cs="Times New Roman"/>
          <w:sz w:val="24"/>
          <w:szCs w:val="24"/>
          <w:lang w:val="sk-SK" w:eastAsia="sk-SK"/>
        </w:rPr>
      </w:pPr>
      <w:r w:rsidRPr="003744AF">
        <w:rPr>
          <w:rFonts w:ascii="Times New Roman" w:eastAsia="Times New Roman" w:hAnsi="Times New Roman" w:cs="Times New Roman"/>
          <w:sz w:val="24"/>
          <w:szCs w:val="24"/>
          <w:lang w:val="sk-SK" w:eastAsia="sk-SK"/>
        </w:rPr>
        <w:t>V neposlednom rade treba spomenúť aj psychologickú stránku. Neustály tlak spoločnosti na dokonalý vzhľad vedie niektorých ľudí k tomu, že sa stávajú „závislými“ na kaderníckych úpravách – neustále menia farbu, strih či dĺžku vlasov, aby dosiahli ideál, ktorý často ani neexistuje. Výsledkom môže byť sklamanie, nespokojnosť so sebou samým a v extrémnych prípadoch aj poškodenie vlasov, ktoré si vyžaduje dlhé obdobie regenerácie.</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7. Kadernícke trendy v rôznych krajinách</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Kadernícke trendy sa vo svete vyvíjajú rôznym tempom a pod vplyvom kultúry, podnebia aj životného štýlu obyvateľov. To, čo je populárne v jednej krajine, môže byť v inej úplne odlišné. Napriek tomu možno pozorovať určité spoločné črty – návrat k prirodzenosti, udržateľnosti a zdôrazňovanie individuality.</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Vo </w:t>
      </w:r>
      <w:r w:rsidRPr="00D462F0">
        <w:rPr>
          <w:rFonts w:ascii="Arial CE" w:eastAsia="Times New Roman" w:hAnsi="Arial CE" w:cs="Arial Narrow CE"/>
          <w:b/>
          <w:bCs/>
          <w:sz w:val="24"/>
          <w:szCs w:val="24"/>
          <w:lang w:val="sk-SK" w:eastAsia="sk-SK"/>
        </w:rPr>
        <w:t>Francúzsku</w:t>
      </w:r>
      <w:r w:rsidRPr="00F20326">
        <w:rPr>
          <w:rFonts w:ascii="Arial CE" w:eastAsia="Times New Roman" w:hAnsi="Arial CE" w:cs="Arial Narrow CE"/>
          <w:sz w:val="24"/>
          <w:szCs w:val="24"/>
          <w:lang w:val="sk-SK" w:eastAsia="sk-SK"/>
        </w:rPr>
        <w:t xml:space="preserve"> prevláda elegantný a pritom nenútený štýl. Francúzske ženy sú známe tým, že preferujú účesy, ktoré pôsobia prirodzene, akoby si vlasy len jemne upravili rukou. Populárne sú krátke a stredne dlhé strihy, ako napríklad „</w:t>
      </w:r>
      <w:proofErr w:type="spellStart"/>
      <w:r w:rsidRPr="00F20326">
        <w:rPr>
          <w:rFonts w:ascii="Arial CE" w:eastAsia="Times New Roman" w:hAnsi="Arial CE" w:cs="Arial Narrow CE"/>
          <w:sz w:val="24"/>
          <w:szCs w:val="24"/>
          <w:lang w:val="sk-SK" w:eastAsia="sk-SK"/>
        </w:rPr>
        <w:t>French</w:t>
      </w:r>
      <w:proofErr w:type="spellEnd"/>
      <w:r w:rsidRPr="00F20326">
        <w:rPr>
          <w:rFonts w:ascii="Arial CE" w:eastAsia="Times New Roman" w:hAnsi="Arial CE" w:cs="Arial Narrow CE"/>
          <w:sz w:val="24"/>
          <w:szCs w:val="24"/>
          <w:lang w:val="sk-SK" w:eastAsia="sk-SK"/>
        </w:rPr>
        <w:t xml:space="preserve"> </w:t>
      </w:r>
      <w:proofErr w:type="spellStart"/>
      <w:r w:rsidRPr="00F20326">
        <w:rPr>
          <w:rFonts w:ascii="Arial CE" w:eastAsia="Times New Roman" w:hAnsi="Arial CE" w:cs="Arial Narrow CE"/>
          <w:sz w:val="24"/>
          <w:szCs w:val="24"/>
          <w:lang w:val="sk-SK" w:eastAsia="sk-SK"/>
        </w:rPr>
        <w:t>bob</w:t>
      </w:r>
      <w:proofErr w:type="spellEnd"/>
      <w:r w:rsidRPr="00F20326">
        <w:rPr>
          <w:rFonts w:ascii="Arial CE" w:eastAsia="Times New Roman" w:hAnsi="Arial CE" w:cs="Arial Narrow CE"/>
          <w:sz w:val="24"/>
          <w:szCs w:val="24"/>
          <w:lang w:val="sk-SK" w:eastAsia="sk-SK"/>
        </w:rPr>
        <w:t>“ alebo voľne zvlnené pramene. Farby vlasov sú tlmené, prevažne v teplých odtieňoch hnedej, karamelovej a medovej. Francúzske kaderníctvo stavia na jednoduchosti a nadčasovej elegancii.</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Taliansku</w:t>
      </w:r>
      <w:r w:rsidRPr="00F20326">
        <w:rPr>
          <w:rFonts w:ascii="Arial CE" w:eastAsia="Times New Roman" w:hAnsi="Arial CE" w:cs="Arial Narrow CE"/>
          <w:sz w:val="24"/>
          <w:szCs w:val="24"/>
          <w:lang w:val="sk-SK" w:eastAsia="sk-SK"/>
        </w:rPr>
        <w:t xml:space="preserve"> sa kladie dôraz na dokonalý vzhľad a precíznu úpravu. Talianske kadernícke salóny sú známe luxusnými ošetreniami a používaním kvalitných profesionálnych produktov. Muži aj ženy tu dbajú na každý detail – lesk, objem aj tvar účesu musia byť perfektné. Často sa používa technika fénovania „</w:t>
      </w:r>
      <w:proofErr w:type="spellStart"/>
      <w:r w:rsidRPr="00F20326">
        <w:rPr>
          <w:rFonts w:ascii="Arial CE" w:eastAsia="Times New Roman" w:hAnsi="Arial CE" w:cs="Arial Narrow CE"/>
          <w:sz w:val="24"/>
          <w:szCs w:val="24"/>
          <w:lang w:val="sk-SK" w:eastAsia="sk-SK"/>
        </w:rPr>
        <w:t>brush</w:t>
      </w:r>
      <w:proofErr w:type="spellEnd"/>
      <w:r w:rsidRPr="00F20326">
        <w:rPr>
          <w:rFonts w:ascii="Arial CE" w:eastAsia="Times New Roman" w:hAnsi="Arial CE" w:cs="Arial Narrow CE"/>
          <w:sz w:val="24"/>
          <w:szCs w:val="24"/>
          <w:lang w:val="sk-SK" w:eastAsia="sk-SK"/>
        </w:rPr>
        <w:t xml:space="preserve"> </w:t>
      </w:r>
      <w:proofErr w:type="spellStart"/>
      <w:r w:rsidRPr="00F20326">
        <w:rPr>
          <w:rFonts w:ascii="Arial CE" w:eastAsia="Times New Roman" w:hAnsi="Arial CE" w:cs="Arial Narrow CE"/>
          <w:sz w:val="24"/>
          <w:szCs w:val="24"/>
          <w:lang w:val="sk-SK" w:eastAsia="sk-SK"/>
        </w:rPr>
        <w:t>styling</w:t>
      </w:r>
      <w:proofErr w:type="spellEnd"/>
      <w:r w:rsidRPr="00F20326">
        <w:rPr>
          <w:rFonts w:ascii="Arial CE" w:eastAsia="Times New Roman" w:hAnsi="Arial CE" w:cs="Arial Narrow CE"/>
          <w:sz w:val="24"/>
          <w:szCs w:val="24"/>
          <w:lang w:val="sk-SK" w:eastAsia="sk-SK"/>
        </w:rPr>
        <w:t>“, ktorá vytvára hladké, žiarivé účesy s objemom.</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D462F0">
        <w:rPr>
          <w:rFonts w:ascii="Arial CE" w:eastAsia="Times New Roman" w:hAnsi="Arial CE" w:cs="Arial Narrow CE"/>
          <w:b/>
          <w:bCs/>
          <w:sz w:val="24"/>
          <w:szCs w:val="24"/>
          <w:lang w:val="sk-SK" w:eastAsia="sk-SK"/>
        </w:rPr>
        <w:t>Veľká Británia</w:t>
      </w:r>
      <w:r w:rsidRPr="00F20326">
        <w:rPr>
          <w:rFonts w:ascii="Arial CE" w:eastAsia="Times New Roman" w:hAnsi="Arial CE" w:cs="Arial Narrow CE"/>
          <w:sz w:val="24"/>
          <w:szCs w:val="24"/>
          <w:lang w:val="sk-SK" w:eastAsia="sk-SK"/>
        </w:rPr>
        <w:t xml:space="preserve"> je centrom kreatívneho a experimentálneho kaderníctva. Londýn udáva trendy pre celý svet – práve tu vznikajú najodvážnejšie farby, asymetrické strihy a neobvyklé kombinácie. Britskí kaderníci sa neboja spájať klasické prvky s punkovým štýlom či pouličnou módou. Farby ako platinová blond, pastelová ružová alebo sivomodré tóny sú tu úplne bežné.</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Severnej Európe</w:t>
      </w:r>
      <w:r w:rsidRPr="00F20326">
        <w:rPr>
          <w:rFonts w:ascii="Arial CE" w:eastAsia="Times New Roman" w:hAnsi="Arial CE" w:cs="Arial Narrow CE"/>
          <w:sz w:val="24"/>
          <w:szCs w:val="24"/>
          <w:lang w:val="sk-SK" w:eastAsia="sk-SK"/>
        </w:rPr>
        <w:t xml:space="preserve">, najmä v Škandinávii, prevláda </w:t>
      </w:r>
      <w:proofErr w:type="spellStart"/>
      <w:r w:rsidRPr="00F20326">
        <w:rPr>
          <w:rFonts w:ascii="Arial CE" w:eastAsia="Times New Roman" w:hAnsi="Arial CE" w:cs="Arial Narrow CE"/>
          <w:sz w:val="24"/>
          <w:szCs w:val="24"/>
          <w:lang w:val="sk-SK" w:eastAsia="sk-SK"/>
        </w:rPr>
        <w:t>minimalizmus</w:t>
      </w:r>
      <w:proofErr w:type="spellEnd"/>
      <w:r w:rsidRPr="00F20326">
        <w:rPr>
          <w:rFonts w:ascii="Arial CE" w:eastAsia="Times New Roman" w:hAnsi="Arial CE" w:cs="Arial Narrow CE"/>
          <w:sz w:val="24"/>
          <w:szCs w:val="24"/>
          <w:lang w:val="sk-SK" w:eastAsia="sk-SK"/>
        </w:rPr>
        <w:t xml:space="preserve"> a dôraz na zdravie vlasov. Vysoká kvalita starostlivosti je samozrejmosťou. Severské ženy preferujú jednoduché, ale funkčné účesy – hladké dlhé vlasy, nízke drdoly či jemné vrstvenie. Typické sú studené blond odtiene a prirodzené vlny.</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D462F0">
        <w:rPr>
          <w:rFonts w:ascii="Arial CE" w:eastAsia="Times New Roman" w:hAnsi="Arial CE" w:cs="Arial Narrow CE"/>
          <w:b/>
          <w:bCs/>
          <w:sz w:val="24"/>
          <w:szCs w:val="24"/>
          <w:lang w:val="sk-SK" w:eastAsia="sk-SK"/>
        </w:rPr>
        <w:t>Spojené štáty americké</w:t>
      </w:r>
      <w:r w:rsidRPr="00F20326">
        <w:rPr>
          <w:rFonts w:ascii="Arial CE" w:eastAsia="Times New Roman" w:hAnsi="Arial CE" w:cs="Arial Narrow CE"/>
          <w:sz w:val="24"/>
          <w:szCs w:val="24"/>
          <w:lang w:val="sk-SK" w:eastAsia="sk-SK"/>
        </w:rPr>
        <w:t xml:space="preserve"> predstavujú rozmanitý mix kultúrnych vplyvov. V mestách ako New York alebo Los Angeles sú populárne odvážne trendy – výrazné farby, moderné techniky farbenia a hollywoodsky lesk. Zároveň sa však rozvíja aj trend „</w:t>
      </w:r>
      <w:proofErr w:type="spellStart"/>
      <w:r w:rsidRPr="00F20326">
        <w:rPr>
          <w:rFonts w:ascii="Arial CE" w:eastAsia="Times New Roman" w:hAnsi="Arial CE" w:cs="Arial Narrow CE"/>
          <w:sz w:val="24"/>
          <w:szCs w:val="24"/>
          <w:lang w:val="sk-SK" w:eastAsia="sk-SK"/>
        </w:rPr>
        <w:t>clean</w:t>
      </w:r>
      <w:proofErr w:type="spellEnd"/>
      <w:r w:rsidRPr="00F20326">
        <w:rPr>
          <w:rFonts w:ascii="Arial CE" w:eastAsia="Times New Roman" w:hAnsi="Arial CE" w:cs="Arial Narrow CE"/>
          <w:sz w:val="24"/>
          <w:szCs w:val="24"/>
          <w:lang w:val="sk-SK" w:eastAsia="sk-SK"/>
        </w:rPr>
        <w:t xml:space="preserve"> </w:t>
      </w:r>
      <w:proofErr w:type="spellStart"/>
      <w:r w:rsidRPr="00F20326">
        <w:rPr>
          <w:rFonts w:ascii="Arial CE" w:eastAsia="Times New Roman" w:hAnsi="Arial CE" w:cs="Arial Narrow CE"/>
          <w:sz w:val="24"/>
          <w:szCs w:val="24"/>
          <w:lang w:val="sk-SK" w:eastAsia="sk-SK"/>
        </w:rPr>
        <w:t>beauty</w:t>
      </w:r>
      <w:proofErr w:type="spellEnd"/>
      <w:r w:rsidRPr="00F20326">
        <w:rPr>
          <w:rFonts w:ascii="Arial CE" w:eastAsia="Times New Roman" w:hAnsi="Arial CE" w:cs="Arial Narrow CE"/>
          <w:sz w:val="24"/>
          <w:szCs w:val="24"/>
          <w:lang w:val="sk-SK" w:eastAsia="sk-SK"/>
        </w:rPr>
        <w:t>“, teda prirodzených, ekologických a zdraviu šetrných produktov. Módne ikony a celebrity majú veľký vplyv na to, čo sa nosí, a kaderníci musia neustále sledovať nové štýly zo sociálnych sietí.</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Japonsku a Kórei</w:t>
      </w:r>
      <w:r w:rsidRPr="00F20326">
        <w:rPr>
          <w:rFonts w:ascii="Arial CE" w:eastAsia="Times New Roman" w:hAnsi="Arial CE" w:cs="Arial Narrow CE"/>
          <w:sz w:val="24"/>
          <w:szCs w:val="24"/>
          <w:lang w:val="sk-SK" w:eastAsia="sk-SK"/>
        </w:rPr>
        <w:t xml:space="preserve"> je kaderníctvo prepojené s </w:t>
      </w:r>
      <w:proofErr w:type="spellStart"/>
      <w:r w:rsidRPr="00F20326">
        <w:rPr>
          <w:rFonts w:ascii="Arial CE" w:eastAsia="Times New Roman" w:hAnsi="Arial CE" w:cs="Arial Narrow CE"/>
          <w:sz w:val="24"/>
          <w:szCs w:val="24"/>
          <w:lang w:val="sk-SK" w:eastAsia="sk-SK"/>
        </w:rPr>
        <w:t>popkultúrou</w:t>
      </w:r>
      <w:proofErr w:type="spellEnd"/>
      <w:r w:rsidRPr="00F20326">
        <w:rPr>
          <w:rFonts w:ascii="Arial CE" w:eastAsia="Times New Roman" w:hAnsi="Arial CE" w:cs="Arial Narrow CE"/>
          <w:sz w:val="24"/>
          <w:szCs w:val="24"/>
          <w:lang w:val="sk-SK" w:eastAsia="sk-SK"/>
        </w:rPr>
        <w:t xml:space="preserve">. Mladí ľudia sledujú K-pop hviezdy a </w:t>
      </w:r>
      <w:proofErr w:type="spellStart"/>
      <w:r w:rsidRPr="00F20326">
        <w:rPr>
          <w:rFonts w:ascii="Arial CE" w:eastAsia="Times New Roman" w:hAnsi="Arial CE" w:cs="Arial Narrow CE"/>
          <w:sz w:val="24"/>
          <w:szCs w:val="24"/>
          <w:lang w:val="sk-SK" w:eastAsia="sk-SK"/>
        </w:rPr>
        <w:t>anime</w:t>
      </w:r>
      <w:proofErr w:type="spellEnd"/>
      <w:r w:rsidRPr="00F20326">
        <w:rPr>
          <w:rFonts w:ascii="Arial CE" w:eastAsia="Times New Roman" w:hAnsi="Arial CE" w:cs="Arial Narrow CE"/>
          <w:sz w:val="24"/>
          <w:szCs w:val="24"/>
          <w:lang w:val="sk-SK" w:eastAsia="sk-SK"/>
        </w:rPr>
        <w:t xml:space="preserve"> postavy, ktoré inšpirujú účesy s neobvyklými farbami, ako sú sivá, levanduľová, modrá alebo svetloružová. Kórejské kaderníctvo sa zameriava na jemnosť, hladkosť a lesk vlasov – používa sa množstvo regeneračných kúrach, ktoré majú vlasy udržať v dokonalej kondícii.</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Latinskej Amerike</w:t>
      </w:r>
      <w:r w:rsidRPr="00F20326">
        <w:rPr>
          <w:rFonts w:ascii="Arial CE" w:eastAsia="Times New Roman" w:hAnsi="Arial CE" w:cs="Arial Narrow CE"/>
          <w:sz w:val="24"/>
          <w:szCs w:val="24"/>
          <w:lang w:val="sk-SK" w:eastAsia="sk-SK"/>
        </w:rPr>
        <w:t xml:space="preserve"> dominujú účesy s objemom a leskom. Vlasy sú symbolom krásy a vitality, preto sa kladie dôraz na hydratáciu a ošetrenie proti slnku. V Brazílii je veľmi populárne keratínové ošetrenie a tzv. „</w:t>
      </w:r>
      <w:proofErr w:type="spellStart"/>
      <w:r w:rsidRPr="00F20326">
        <w:rPr>
          <w:rFonts w:ascii="Arial CE" w:eastAsia="Times New Roman" w:hAnsi="Arial CE" w:cs="Arial Narrow CE"/>
          <w:sz w:val="24"/>
          <w:szCs w:val="24"/>
          <w:lang w:val="sk-SK" w:eastAsia="sk-SK"/>
        </w:rPr>
        <w:t>Brazilian</w:t>
      </w:r>
      <w:proofErr w:type="spellEnd"/>
      <w:r w:rsidRPr="00F20326">
        <w:rPr>
          <w:rFonts w:ascii="Arial CE" w:eastAsia="Times New Roman" w:hAnsi="Arial CE" w:cs="Arial Narrow CE"/>
          <w:sz w:val="24"/>
          <w:szCs w:val="24"/>
          <w:lang w:val="sk-SK" w:eastAsia="sk-SK"/>
        </w:rPr>
        <w:t xml:space="preserve"> </w:t>
      </w:r>
      <w:proofErr w:type="spellStart"/>
      <w:r w:rsidRPr="00F20326">
        <w:rPr>
          <w:rFonts w:ascii="Arial CE" w:eastAsia="Times New Roman" w:hAnsi="Arial CE" w:cs="Arial Narrow CE"/>
          <w:sz w:val="24"/>
          <w:szCs w:val="24"/>
          <w:lang w:val="sk-SK" w:eastAsia="sk-SK"/>
        </w:rPr>
        <w:t>blowout</w:t>
      </w:r>
      <w:proofErr w:type="spellEnd"/>
      <w:r w:rsidRPr="00F20326">
        <w:rPr>
          <w:rFonts w:ascii="Arial CE" w:eastAsia="Times New Roman" w:hAnsi="Arial CE" w:cs="Arial Narrow CE"/>
          <w:sz w:val="24"/>
          <w:szCs w:val="24"/>
          <w:lang w:val="sk-SK" w:eastAsia="sk-SK"/>
        </w:rPr>
        <w:t>“, ktoré zanecháva vlasy hladké a hodvábne. Farby sú zväčša teplé – čokoládová, medová a karamelová.</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Afrike</w:t>
      </w:r>
      <w:r w:rsidRPr="00F20326">
        <w:rPr>
          <w:rFonts w:ascii="Arial CE" w:eastAsia="Times New Roman" w:hAnsi="Arial CE" w:cs="Arial Narrow CE"/>
          <w:sz w:val="24"/>
          <w:szCs w:val="24"/>
          <w:lang w:val="sk-SK" w:eastAsia="sk-SK"/>
        </w:rPr>
        <w:t xml:space="preserve"> majú vlasy hlboký kultúrny význam. Tradičné </w:t>
      </w:r>
      <w:proofErr w:type="spellStart"/>
      <w:r w:rsidRPr="00F20326">
        <w:rPr>
          <w:rFonts w:ascii="Arial CE" w:eastAsia="Times New Roman" w:hAnsi="Arial CE" w:cs="Arial Narrow CE"/>
          <w:sz w:val="24"/>
          <w:szCs w:val="24"/>
          <w:lang w:val="sk-SK" w:eastAsia="sk-SK"/>
        </w:rPr>
        <w:t>copíky</w:t>
      </w:r>
      <w:proofErr w:type="spellEnd"/>
      <w:r w:rsidRPr="00F20326">
        <w:rPr>
          <w:rFonts w:ascii="Arial CE" w:eastAsia="Times New Roman" w:hAnsi="Arial CE" w:cs="Arial Narrow CE"/>
          <w:sz w:val="24"/>
          <w:szCs w:val="24"/>
          <w:lang w:val="sk-SK" w:eastAsia="sk-SK"/>
        </w:rPr>
        <w:t xml:space="preserve">, vrkoče a </w:t>
      </w:r>
      <w:proofErr w:type="spellStart"/>
      <w:r w:rsidRPr="00F20326">
        <w:rPr>
          <w:rFonts w:ascii="Arial CE" w:eastAsia="Times New Roman" w:hAnsi="Arial CE" w:cs="Arial Narrow CE"/>
          <w:sz w:val="24"/>
          <w:szCs w:val="24"/>
          <w:lang w:val="sk-SK" w:eastAsia="sk-SK"/>
        </w:rPr>
        <w:t>šnúrovanie</w:t>
      </w:r>
      <w:proofErr w:type="spellEnd"/>
      <w:r w:rsidRPr="00F20326">
        <w:rPr>
          <w:rFonts w:ascii="Arial CE" w:eastAsia="Times New Roman" w:hAnsi="Arial CE" w:cs="Arial Narrow CE"/>
          <w:sz w:val="24"/>
          <w:szCs w:val="24"/>
          <w:lang w:val="sk-SK" w:eastAsia="sk-SK"/>
        </w:rPr>
        <w:t xml:space="preserve"> vlasov sú nielen módnym prejavom, ale aj súčasťou identity. Moderné africké kaderníctvo kombinuje tradičné techniky s modernými prvkami – napríklad predlžovanie vlasov, </w:t>
      </w:r>
      <w:proofErr w:type="spellStart"/>
      <w:r w:rsidRPr="00F20326">
        <w:rPr>
          <w:rFonts w:ascii="Arial CE" w:eastAsia="Times New Roman" w:hAnsi="Arial CE" w:cs="Arial Narrow CE"/>
          <w:sz w:val="24"/>
          <w:szCs w:val="24"/>
          <w:lang w:val="sk-SK" w:eastAsia="sk-SK"/>
        </w:rPr>
        <w:t>afrolokne</w:t>
      </w:r>
      <w:proofErr w:type="spellEnd"/>
      <w:r w:rsidRPr="00F20326">
        <w:rPr>
          <w:rFonts w:ascii="Arial CE" w:eastAsia="Times New Roman" w:hAnsi="Arial CE" w:cs="Arial Narrow CE"/>
          <w:sz w:val="24"/>
          <w:szCs w:val="24"/>
          <w:lang w:val="sk-SK" w:eastAsia="sk-SK"/>
        </w:rPr>
        <w:t xml:space="preserve"> či „</w:t>
      </w:r>
      <w:proofErr w:type="spellStart"/>
      <w:r w:rsidRPr="00F20326">
        <w:rPr>
          <w:rFonts w:ascii="Arial CE" w:eastAsia="Times New Roman" w:hAnsi="Arial CE" w:cs="Arial Narrow CE"/>
          <w:sz w:val="24"/>
          <w:szCs w:val="24"/>
          <w:lang w:val="sk-SK" w:eastAsia="sk-SK"/>
        </w:rPr>
        <w:t>cornrows</w:t>
      </w:r>
      <w:proofErr w:type="spellEnd"/>
      <w:r w:rsidRPr="00F20326">
        <w:rPr>
          <w:rFonts w:ascii="Arial CE" w:eastAsia="Times New Roman" w:hAnsi="Arial CE" w:cs="Arial Narrow CE"/>
          <w:sz w:val="24"/>
          <w:szCs w:val="24"/>
          <w:lang w:val="sk-SK" w:eastAsia="sk-SK"/>
        </w:rPr>
        <w:t>“ doplnené o farebné vlákna a ozdoby.</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V </w:t>
      </w:r>
      <w:r w:rsidRPr="00D462F0">
        <w:rPr>
          <w:rFonts w:ascii="Arial CE" w:eastAsia="Times New Roman" w:hAnsi="Arial CE" w:cs="Arial Narrow CE"/>
          <w:b/>
          <w:bCs/>
          <w:sz w:val="24"/>
          <w:szCs w:val="24"/>
          <w:lang w:val="sk-SK" w:eastAsia="sk-SK"/>
        </w:rPr>
        <w:t>Indii</w:t>
      </w:r>
      <w:r w:rsidRPr="00F20326">
        <w:rPr>
          <w:rFonts w:ascii="Arial CE" w:eastAsia="Times New Roman" w:hAnsi="Arial CE" w:cs="Arial Narrow CE"/>
          <w:sz w:val="24"/>
          <w:szCs w:val="24"/>
          <w:lang w:val="sk-SK" w:eastAsia="sk-SK"/>
        </w:rPr>
        <w:t xml:space="preserve"> sa stále dodržiava tradícia starostlivosti o vlasy pomocou rastlinných olejov. Kokosový, mandľový či ricínový olej sú bežnou súčasťou domácej starostlivosti. Indické ženy preferujú dlhé, husté vlasy, ktoré sú pýchou rodiny. V mestách sa však čoraz viac presadzujú moderné salóny ponúkajúce západné štýly a módne farbenie.</w:t>
      </w:r>
    </w:p>
    <w:p w:rsidR="00F20326" w:rsidRPr="00F20326" w:rsidRDefault="00F20326" w:rsidP="00B732A6">
      <w:pPr>
        <w:spacing w:before="100" w:beforeAutospacing="1" w:after="100" w:afterAutospacing="1" w:line="240" w:lineRule="auto"/>
        <w:rPr>
          <w:rFonts w:ascii="Arial CE" w:eastAsia="Times New Roman" w:hAnsi="Arial CE" w:cs="Arial Narrow CE"/>
          <w:sz w:val="24"/>
          <w:szCs w:val="24"/>
          <w:lang w:val="sk-SK" w:eastAsia="sk-SK"/>
        </w:rPr>
      </w:pPr>
      <w:r w:rsidRPr="00F20326">
        <w:rPr>
          <w:rFonts w:ascii="Arial CE" w:eastAsia="Times New Roman" w:hAnsi="Arial CE" w:cs="Arial Narrow CE"/>
          <w:sz w:val="24"/>
          <w:szCs w:val="24"/>
          <w:lang w:val="sk-SK" w:eastAsia="sk-SK"/>
        </w:rPr>
        <w:t xml:space="preserve">A napokon </w:t>
      </w:r>
      <w:r w:rsidRPr="00D462F0">
        <w:rPr>
          <w:rFonts w:ascii="Arial CE" w:eastAsia="Times New Roman" w:hAnsi="Arial CE" w:cs="Arial Narrow CE"/>
          <w:b/>
          <w:bCs/>
          <w:sz w:val="24"/>
          <w:szCs w:val="24"/>
          <w:lang w:val="sk-SK" w:eastAsia="sk-SK"/>
        </w:rPr>
        <w:t>v strednej Európe</w:t>
      </w:r>
      <w:r w:rsidRPr="00F20326">
        <w:rPr>
          <w:rFonts w:ascii="Arial CE" w:eastAsia="Times New Roman" w:hAnsi="Arial CE" w:cs="Arial Narrow CE"/>
          <w:sz w:val="24"/>
          <w:szCs w:val="24"/>
          <w:lang w:val="sk-SK" w:eastAsia="sk-SK"/>
        </w:rPr>
        <w:t>, vrátane Slovenska, sa kadernícke trendy spájajú s praktickosťou a eleganciou. Klienti vyhľadávajú účesy, ktoré sú ľahko udržiavateľné, vhodné na prácu aj spoločenské podujatia. Záujem rastie o kvalitné produkty, prirodzené farby, jemné melíry a služby, ktoré rešpektujú zdravie vlasov. Slovenskí kaderníci čoraz častejšie sledujú svetové trendy, zúčastňujú sa školení a používajú techniky, ktoré sú bežné v zahraničí.</w:t>
      </w:r>
    </w:p>
    <w:p w:rsidR="00497193" w:rsidRPr="00D462F0" w:rsidRDefault="00497193" w:rsidP="00B732A6">
      <w:pPr>
        <w:spacing w:line="240" w:lineRule="auto"/>
        <w:rPr>
          <w:rFonts w:ascii="Arial CE" w:hAnsi="Arial CE" w:cs="Arial Narrow CE"/>
          <w:lang w:val="sk-SK"/>
        </w:rPr>
      </w:pP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8. Význam kaderníctva pre spoločnosť</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Kaderníctvo nie je len o vzhľade, ale aj o psychológii. Účes dokáže </w:t>
      </w:r>
      <w:r w:rsidRPr="00D462F0">
        <w:rPr>
          <w:rFonts w:ascii="Arial CE" w:hAnsi="Arial CE" w:cs="Arial Narrow CE"/>
          <w:lang w:val="sk-SK"/>
        </w:rPr>
        <w:t>zvýšiť sebavedomie, vyjadriť identitu a ovplyvniť to, ako nás vnímajú ostatní. Kaderník je často aj dôverník, poradca a psychologická opora. Starostlivosť o vlasy sa preto stala súčasťou moderného životného štýlu.</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Ekonomický význam kaderníctva je tiež veľk</w:t>
      </w:r>
      <w:r w:rsidRPr="00D462F0">
        <w:rPr>
          <w:rFonts w:ascii="Arial CE" w:hAnsi="Arial CE" w:cs="Arial Narrow CE"/>
          <w:lang w:val="sk-SK"/>
        </w:rPr>
        <w:t>ý. Ide o stabilné odvetvie, ktoré poskytuje prácu miliónom ľudí po celom svete. Kadernícke služby sú nevyhnutné v móde, reklame aj filmovom priemysle.</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lastRenderedPageBreak/>
        <w:t>9. Známe osobnosti a kadernícke značky</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Medzi najznámejších kaderníkov histórie patria </w:t>
      </w:r>
      <w:proofErr w:type="spellStart"/>
      <w:r w:rsidRPr="00D462F0">
        <w:rPr>
          <w:rFonts w:ascii="Arial CE" w:hAnsi="Arial CE" w:cs="Arial Narrow CE"/>
          <w:lang w:val="sk-SK"/>
        </w:rPr>
        <w:t>Vidal</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Sassoon</w:t>
      </w:r>
      <w:proofErr w:type="spellEnd"/>
      <w:r w:rsidRPr="00D462F0">
        <w:rPr>
          <w:rFonts w:ascii="Arial CE" w:hAnsi="Arial CE" w:cs="Arial Narrow CE"/>
          <w:lang w:val="sk-SK"/>
        </w:rPr>
        <w:t>, ktor</w:t>
      </w:r>
      <w:r w:rsidRPr="00D462F0">
        <w:rPr>
          <w:rFonts w:ascii="Arial CE" w:hAnsi="Arial CE" w:cs="Arial Narrow CE"/>
          <w:lang w:val="sk-SK"/>
        </w:rPr>
        <w:t xml:space="preserve">ý v 60. rokoch spôsobil revolúciu svojím geometrickým strihom, a Alexandre de </w:t>
      </w:r>
      <w:proofErr w:type="spellStart"/>
      <w:r w:rsidRPr="00D462F0">
        <w:rPr>
          <w:rFonts w:ascii="Arial CE" w:hAnsi="Arial CE" w:cs="Arial Narrow CE"/>
          <w:lang w:val="sk-SK"/>
        </w:rPr>
        <w:t>Paris</w:t>
      </w:r>
      <w:proofErr w:type="spellEnd"/>
      <w:r w:rsidRPr="00D462F0">
        <w:rPr>
          <w:rFonts w:ascii="Arial CE" w:hAnsi="Arial CE" w:cs="Arial Narrow CE"/>
          <w:lang w:val="sk-SK"/>
        </w:rPr>
        <w:t xml:space="preserve">, dvorný kaderník francúzskej elity. Ich práca ovplyvnila celé generácie </w:t>
      </w:r>
      <w:proofErr w:type="spellStart"/>
      <w:r w:rsidRPr="00D462F0">
        <w:rPr>
          <w:rFonts w:ascii="Arial CE" w:hAnsi="Arial CE" w:cs="Arial Narrow CE"/>
          <w:lang w:val="sk-SK"/>
        </w:rPr>
        <w:t>stylistov</w:t>
      </w:r>
      <w:proofErr w:type="spellEnd"/>
      <w:r w:rsidRPr="00D462F0">
        <w:rPr>
          <w:rFonts w:ascii="Arial CE" w:hAnsi="Arial CE" w:cs="Arial Narrow CE"/>
          <w:lang w:val="sk-SK"/>
        </w:rPr>
        <w:t>.</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 xml:space="preserve">Moderné značky ako L’Oréal </w:t>
      </w:r>
      <w:proofErr w:type="spellStart"/>
      <w:r w:rsidRPr="00D462F0">
        <w:rPr>
          <w:rFonts w:ascii="Arial CE" w:hAnsi="Arial CE" w:cs="Arial Narrow CE"/>
          <w:lang w:val="sk-SK"/>
        </w:rPr>
        <w:t>Professionnel</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Wella</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Professionals</w:t>
      </w:r>
      <w:proofErr w:type="spellEnd"/>
      <w:r w:rsidRPr="00D462F0">
        <w:rPr>
          <w:rFonts w:ascii="Arial CE" w:hAnsi="Arial CE" w:cs="Arial Narrow CE"/>
          <w:lang w:val="sk-SK"/>
        </w:rPr>
        <w:t xml:space="preserve">, </w:t>
      </w:r>
      <w:proofErr w:type="spellStart"/>
      <w:r w:rsidRPr="00D462F0">
        <w:rPr>
          <w:rFonts w:ascii="Arial CE" w:hAnsi="Arial CE" w:cs="Arial Narrow CE"/>
          <w:lang w:val="sk-SK"/>
        </w:rPr>
        <w:t>Schwarzkopf</w:t>
      </w:r>
      <w:proofErr w:type="spellEnd"/>
      <w:r w:rsidRPr="00D462F0">
        <w:rPr>
          <w:rFonts w:ascii="Arial CE" w:hAnsi="Arial CE" w:cs="Arial Narrow CE"/>
          <w:lang w:val="sk-SK"/>
        </w:rPr>
        <w:t xml:space="preserve"> Professional a</w:t>
      </w:r>
      <w:r w:rsidRPr="00D462F0">
        <w:rPr>
          <w:rFonts w:ascii="Arial CE" w:hAnsi="Arial CE" w:cs="Arial Narrow CE"/>
          <w:lang w:val="sk-SK"/>
        </w:rPr>
        <w:t xml:space="preserve"> </w:t>
      </w:r>
      <w:proofErr w:type="spellStart"/>
      <w:r w:rsidRPr="00D462F0">
        <w:rPr>
          <w:rFonts w:ascii="Arial CE" w:hAnsi="Arial CE" w:cs="Arial Narrow CE"/>
          <w:lang w:val="sk-SK"/>
        </w:rPr>
        <w:t>Redken</w:t>
      </w:r>
      <w:proofErr w:type="spellEnd"/>
      <w:r w:rsidRPr="00D462F0">
        <w:rPr>
          <w:rFonts w:ascii="Arial CE" w:hAnsi="Arial CE" w:cs="Arial Narrow CE"/>
          <w:lang w:val="sk-SK"/>
        </w:rPr>
        <w:t xml:space="preserve"> určujú trendy v oblasti vlasovej kozmetiky a vzdelávania. Vznikajú aj nové ekologické značky, ktoré podporujú udržateľnosť a zdravý prístup ku kráse.</w:t>
      </w:r>
    </w:p>
    <w:p w:rsidR="00F20326" w:rsidRPr="00D462F0" w:rsidRDefault="00D462F0" w:rsidP="00B732A6">
      <w:pPr>
        <w:pStyle w:val="Nadpis1"/>
        <w:spacing w:line="240" w:lineRule="auto"/>
        <w:rPr>
          <w:rFonts w:ascii="Arial CE" w:hAnsi="Arial CE" w:cs="Arial Narrow CE"/>
          <w:color w:val="auto"/>
          <w:lang w:val="sk-SK"/>
        </w:rPr>
      </w:pPr>
      <w:r w:rsidRPr="00D462F0">
        <w:rPr>
          <w:rFonts w:ascii="Arial CE" w:hAnsi="Arial CE" w:cs="Arial Narrow CE"/>
          <w:color w:val="auto"/>
          <w:lang w:val="sk-SK"/>
        </w:rPr>
        <w:t>K</w:t>
      </w:r>
      <w:r w:rsidR="00F20326" w:rsidRPr="00D462F0">
        <w:rPr>
          <w:rFonts w:ascii="Arial CE" w:hAnsi="Arial CE" w:cs="Arial Narrow CE"/>
          <w:color w:val="auto"/>
          <w:lang w:val="sk-SK"/>
        </w:rPr>
        <w:t>aderníc</w:t>
      </w:r>
      <w:r w:rsidRPr="00D462F0">
        <w:rPr>
          <w:rFonts w:ascii="Arial CE" w:hAnsi="Arial CE" w:cs="Arial Narrow CE"/>
          <w:color w:val="auto"/>
          <w:lang w:val="sk-SK"/>
        </w:rPr>
        <w:t>tvo</w:t>
      </w:r>
      <w:r w:rsidR="00F20326" w:rsidRPr="00D462F0">
        <w:rPr>
          <w:rFonts w:ascii="Arial CE" w:hAnsi="Arial CE" w:cs="Arial Narrow CE"/>
          <w:color w:val="auto"/>
          <w:lang w:val="sk-SK"/>
        </w:rPr>
        <w:t xml:space="preserve"> </w:t>
      </w:r>
      <w:r w:rsidRPr="00D462F0">
        <w:rPr>
          <w:rFonts w:ascii="Arial CE" w:hAnsi="Arial CE" w:cs="Arial Narrow CE"/>
          <w:color w:val="auto"/>
          <w:lang w:val="sk-SK"/>
        </w:rPr>
        <w:t>-</w:t>
      </w:r>
      <w:r w:rsidR="00F20326" w:rsidRPr="00D462F0">
        <w:rPr>
          <w:rFonts w:ascii="Arial CE" w:hAnsi="Arial CE" w:cs="Arial Narrow CE"/>
          <w:color w:val="auto"/>
          <w:lang w:val="sk-SK"/>
        </w:rPr>
        <w:t xml:space="preserve"> umenie, technológia a individualita</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Moderné kaderníctvo je oveľa viac než len úprava vlasov. Dnes ide o prepojenie remeselnej zručnosti, umeleckého cítenia, technických inovácií a znalostí o zdraví vlasov. Kaderníctvo 21. storočia reaguje na zmeny v spoločnosti, v životnom štýle, v technológiách i v hodnotách ľudí. Súčasné trendy preto neodrážajú len módu, ale aj túžbu po </w:t>
      </w:r>
      <w:r w:rsidRPr="00D462F0">
        <w:rPr>
          <w:rStyle w:val="Siln"/>
          <w:rFonts w:ascii="Arial CE" w:hAnsi="Arial CE" w:cs="Arial Narrow CE"/>
        </w:rPr>
        <w:t xml:space="preserve">individualite, udržateľnosti, </w:t>
      </w:r>
      <w:proofErr w:type="spellStart"/>
      <w:r w:rsidRPr="00D462F0">
        <w:rPr>
          <w:rStyle w:val="Siln"/>
          <w:rFonts w:ascii="Arial CE" w:hAnsi="Arial CE" w:cs="Arial Narrow CE"/>
        </w:rPr>
        <w:t>inkluzivite</w:t>
      </w:r>
      <w:proofErr w:type="spellEnd"/>
      <w:r w:rsidRPr="00D462F0">
        <w:rPr>
          <w:rStyle w:val="Siln"/>
          <w:rFonts w:ascii="Arial CE" w:hAnsi="Arial CE" w:cs="Arial Narrow CE"/>
        </w:rPr>
        <w:t xml:space="preserve"> a prirodzenej kráse</w:t>
      </w:r>
      <w:r w:rsidRPr="00D462F0">
        <w:rPr>
          <w:rFonts w:ascii="Arial CE" w:hAnsi="Arial CE" w:cs="Arial Narrow CE"/>
        </w:rPr>
        <w:t>.</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1. Prirodzenosť a zdravie vlasov ako hlavný cieľ</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Kým kedysi sa vlasy upravovali tak, aby sa podobali </w:t>
      </w:r>
      <w:proofErr w:type="spellStart"/>
      <w:r w:rsidRPr="00D462F0">
        <w:rPr>
          <w:rFonts w:ascii="Arial CE" w:hAnsi="Arial CE" w:cs="Arial Narrow CE"/>
        </w:rPr>
        <w:t>módnem</w:t>
      </w:r>
      <w:proofErr w:type="spellEnd"/>
      <w:r w:rsidRPr="00D462F0">
        <w:rPr>
          <w:rFonts w:ascii="Arial CE" w:hAnsi="Arial CE" w:cs="Arial Narrow CE"/>
        </w:rPr>
        <w:t xml:space="preserve"> ideálom, dnes sa do popredia dostáva prirodzený vzhľad. Klienti chcú účesy, ktoré zvýraznia ich osobnosť, typ tváre a štruktúru vlasov, nie ich zakryjú.</w:t>
      </w:r>
      <w:r w:rsidRPr="00D462F0">
        <w:rPr>
          <w:rFonts w:ascii="Arial CE" w:hAnsi="Arial CE" w:cs="Arial Narrow CE"/>
        </w:rPr>
        <w:br/>
        <w:t xml:space="preserve">Kľúčovým pojmom sa stáva </w:t>
      </w:r>
      <w:r w:rsidRPr="00D462F0">
        <w:rPr>
          <w:rStyle w:val="Siln"/>
          <w:rFonts w:ascii="Arial CE" w:hAnsi="Arial CE" w:cs="Arial Narrow CE"/>
        </w:rPr>
        <w:t>„</w:t>
      </w:r>
      <w:proofErr w:type="spellStart"/>
      <w:r w:rsidRPr="00D462F0">
        <w:rPr>
          <w:rStyle w:val="Siln"/>
          <w:rFonts w:ascii="Arial CE" w:hAnsi="Arial CE" w:cs="Arial Narrow CE"/>
        </w:rPr>
        <w:t>healthy</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hair</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look</w:t>
      </w:r>
      <w:proofErr w:type="spellEnd"/>
      <w:r w:rsidRPr="00D462F0">
        <w:rPr>
          <w:rStyle w:val="Siln"/>
          <w:rFonts w:ascii="Arial CE" w:hAnsi="Arial CE" w:cs="Arial Narrow CE"/>
        </w:rPr>
        <w:t>“</w:t>
      </w:r>
      <w:r w:rsidRPr="00D462F0">
        <w:rPr>
          <w:rFonts w:ascii="Arial CE" w:hAnsi="Arial CE" w:cs="Arial Narrow CE"/>
        </w:rPr>
        <w:t xml:space="preserve"> – zdravé, lesklé, dobre ošetrené vlasy. Kaderníci preto musia mať znalosti o správnej starostlivosti, výžive vlasu, hydratácii a regenerácii.</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Moderné salóny čoraz častejšie ponúkajú </w:t>
      </w:r>
      <w:r w:rsidRPr="00D462F0">
        <w:rPr>
          <w:rStyle w:val="Siln"/>
          <w:rFonts w:ascii="Arial CE" w:hAnsi="Arial CE" w:cs="Arial Narrow CE"/>
        </w:rPr>
        <w:t>diagnostiku vlasov a pokožky hlavy</w:t>
      </w:r>
      <w:r w:rsidRPr="00D462F0">
        <w:rPr>
          <w:rFonts w:ascii="Arial CE" w:hAnsi="Arial CE" w:cs="Arial Narrow CE"/>
        </w:rPr>
        <w:t>, ktorá pomáha zvoliť individuálnu starostlivosť. Klienti chcú nielen krásny účes, ale aj odborné rady, ako sa o vlasy starať doma.</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2. Personalizácia – účes na mieru</w:t>
      </w:r>
    </w:p>
    <w:p w:rsidR="00F20326" w:rsidRPr="00D462F0" w:rsidRDefault="00F20326" w:rsidP="00B732A6">
      <w:pPr>
        <w:pStyle w:val="Normlnywebov"/>
        <w:rPr>
          <w:rFonts w:ascii="Arial CE" w:hAnsi="Arial CE" w:cs="Arial Narrow CE"/>
        </w:rPr>
      </w:pPr>
      <w:r w:rsidRPr="00D462F0">
        <w:rPr>
          <w:rFonts w:ascii="Arial CE" w:hAnsi="Arial CE" w:cs="Arial Narrow CE"/>
        </w:rPr>
        <w:t>V minulosti sa účesy delili podľa trendov – každé desaťročie malo svoj typický štýl. Dnes už móda nie je jednotná. Každý si môže nájsť vlastnú kombináciu farby, tvaru a dĺžky.</w:t>
      </w:r>
      <w:r w:rsidRPr="00D462F0">
        <w:rPr>
          <w:rFonts w:ascii="Arial CE" w:hAnsi="Arial CE" w:cs="Arial Narrow CE"/>
        </w:rPr>
        <w:br/>
        <w:t xml:space="preserve">Kaderníci sa učia analyzovať </w:t>
      </w:r>
      <w:r w:rsidRPr="00D462F0">
        <w:rPr>
          <w:rStyle w:val="Siln"/>
          <w:rFonts w:ascii="Arial CE" w:hAnsi="Arial CE" w:cs="Arial Narrow CE"/>
        </w:rPr>
        <w:t>typ tváre, farbu pleti, odtieň očí a osobný štýl</w:t>
      </w:r>
      <w:r w:rsidRPr="00D462F0">
        <w:rPr>
          <w:rFonts w:ascii="Arial CE" w:hAnsi="Arial CE" w:cs="Arial Narrow CE"/>
        </w:rPr>
        <w:t xml:space="preserve"> klienta. Na základe toho volia účes, ktorý vyzdvihne prirodzenú krásu.</w:t>
      </w:r>
    </w:p>
    <w:p w:rsidR="00F20326" w:rsidRPr="00D462F0" w:rsidRDefault="00F20326" w:rsidP="00B732A6">
      <w:pPr>
        <w:pStyle w:val="Normlnywebov"/>
        <w:rPr>
          <w:rFonts w:ascii="Arial CE" w:hAnsi="Arial CE" w:cs="Arial Narrow CE"/>
        </w:rPr>
      </w:pPr>
      <w:r w:rsidRPr="00D462F0">
        <w:rPr>
          <w:rFonts w:ascii="Arial CE" w:hAnsi="Arial CE" w:cs="Arial Narrow CE"/>
        </w:rPr>
        <w:t>Rozšírený pojem „</w:t>
      </w:r>
      <w:proofErr w:type="spellStart"/>
      <w:r w:rsidRPr="00D462F0">
        <w:rPr>
          <w:rFonts w:ascii="Arial CE" w:hAnsi="Arial CE" w:cs="Arial Narrow CE"/>
        </w:rPr>
        <w:t>custom</w:t>
      </w:r>
      <w:proofErr w:type="spellEnd"/>
      <w:r w:rsidRPr="00D462F0">
        <w:rPr>
          <w:rFonts w:ascii="Arial CE" w:hAnsi="Arial CE" w:cs="Arial Narrow CE"/>
        </w:rPr>
        <w:t xml:space="preserve"> </w:t>
      </w:r>
      <w:proofErr w:type="spellStart"/>
      <w:r w:rsidRPr="00D462F0">
        <w:rPr>
          <w:rFonts w:ascii="Arial CE" w:hAnsi="Arial CE" w:cs="Arial Narrow CE"/>
        </w:rPr>
        <w:t>color</w:t>
      </w:r>
      <w:proofErr w:type="spellEnd"/>
      <w:r w:rsidRPr="00D462F0">
        <w:rPr>
          <w:rFonts w:ascii="Arial CE" w:hAnsi="Arial CE" w:cs="Arial Narrow CE"/>
        </w:rPr>
        <w:t xml:space="preserve">“ označuje </w:t>
      </w:r>
      <w:r w:rsidRPr="00D462F0">
        <w:rPr>
          <w:rStyle w:val="Siln"/>
          <w:rFonts w:ascii="Arial CE" w:hAnsi="Arial CE" w:cs="Arial Narrow CE"/>
        </w:rPr>
        <w:t>farbenie na mieru</w:t>
      </w:r>
      <w:r w:rsidRPr="00D462F0">
        <w:rPr>
          <w:rFonts w:ascii="Arial CE" w:hAnsi="Arial CE" w:cs="Arial Narrow CE"/>
        </w:rPr>
        <w:t xml:space="preserve"> – miešanie odtieňov presne podľa požiadaviek klienta. Vďaka tomu vznikajú jedinečné, </w:t>
      </w:r>
      <w:proofErr w:type="spellStart"/>
      <w:r w:rsidRPr="00D462F0">
        <w:rPr>
          <w:rFonts w:ascii="Arial CE" w:hAnsi="Arial CE" w:cs="Arial Narrow CE"/>
        </w:rPr>
        <w:t>neokopírovateľné</w:t>
      </w:r>
      <w:proofErr w:type="spellEnd"/>
      <w:r w:rsidRPr="00D462F0">
        <w:rPr>
          <w:rFonts w:ascii="Arial CE" w:hAnsi="Arial CE" w:cs="Arial Narrow CE"/>
        </w:rPr>
        <w:t xml:space="preserve"> farby vlasov.</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3. Trendy v strihoch a dĺžkach</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Súčasné trendy vo vlasových strihoch sa vyznačujú </w:t>
      </w:r>
      <w:r w:rsidRPr="00D462F0">
        <w:rPr>
          <w:rStyle w:val="Siln"/>
          <w:rFonts w:ascii="Arial CE" w:hAnsi="Arial CE" w:cs="Arial Narrow CE"/>
        </w:rPr>
        <w:t>voľnosťou a textúrou</w:t>
      </w:r>
      <w:r w:rsidRPr="00D462F0">
        <w:rPr>
          <w:rFonts w:ascii="Arial CE" w:hAnsi="Arial CE" w:cs="Arial Narrow CE"/>
        </w:rPr>
        <w:t>. Dominujú prirodzene padajúce línie, vrstvené účesy a strihy, ktoré sa ľahko udržiavajú.</w:t>
      </w:r>
    </w:p>
    <w:p w:rsidR="00F20326" w:rsidRPr="00D462F0" w:rsidRDefault="00F20326" w:rsidP="00B732A6">
      <w:pPr>
        <w:pStyle w:val="Normlnywebov"/>
        <w:rPr>
          <w:rFonts w:ascii="Arial CE" w:hAnsi="Arial CE" w:cs="Arial Narrow CE"/>
        </w:rPr>
      </w:pPr>
      <w:r w:rsidRPr="00D462F0">
        <w:rPr>
          <w:rFonts w:ascii="Arial CE" w:hAnsi="Arial CE" w:cs="Arial Narrow CE"/>
        </w:rPr>
        <w:t>Medzi najobľúbenejšie patria:</w:t>
      </w:r>
    </w:p>
    <w:p w:rsidR="00F20326" w:rsidRPr="00D462F0" w:rsidRDefault="00F20326" w:rsidP="00B732A6">
      <w:pPr>
        <w:pStyle w:val="Normlnywebov"/>
        <w:numPr>
          <w:ilvl w:val="0"/>
          <w:numId w:val="10"/>
        </w:numPr>
        <w:rPr>
          <w:rFonts w:ascii="Arial CE" w:hAnsi="Arial CE" w:cs="Arial Narrow CE"/>
        </w:rPr>
      </w:pPr>
      <w:r w:rsidRPr="00D462F0">
        <w:rPr>
          <w:rStyle w:val="Siln"/>
          <w:rFonts w:ascii="Arial CE" w:hAnsi="Arial CE" w:cs="Arial Narrow CE"/>
        </w:rPr>
        <w:t>„</w:t>
      </w:r>
      <w:proofErr w:type="spellStart"/>
      <w:r w:rsidRPr="00D462F0">
        <w:rPr>
          <w:rStyle w:val="Siln"/>
          <w:rFonts w:ascii="Arial CE" w:hAnsi="Arial CE" w:cs="Arial Narrow CE"/>
        </w:rPr>
        <w:t>French</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bob</w:t>
      </w:r>
      <w:proofErr w:type="spellEnd"/>
      <w:r w:rsidRPr="00D462F0">
        <w:rPr>
          <w:rStyle w:val="Siln"/>
          <w:rFonts w:ascii="Arial CE" w:hAnsi="Arial CE" w:cs="Arial Narrow CE"/>
        </w:rPr>
        <w:t>“</w:t>
      </w:r>
      <w:r w:rsidRPr="00D462F0">
        <w:rPr>
          <w:rFonts w:ascii="Arial CE" w:hAnsi="Arial CE" w:cs="Arial Narrow CE"/>
        </w:rPr>
        <w:t xml:space="preserve"> – krátky, jemne rozstrapatený účes inšpirovaný Parížankami.</w:t>
      </w:r>
    </w:p>
    <w:p w:rsidR="00F20326" w:rsidRPr="00D462F0" w:rsidRDefault="00F20326" w:rsidP="00B732A6">
      <w:pPr>
        <w:pStyle w:val="Normlnywebov"/>
        <w:numPr>
          <w:ilvl w:val="0"/>
          <w:numId w:val="10"/>
        </w:numPr>
        <w:rPr>
          <w:rFonts w:ascii="Arial CE" w:hAnsi="Arial CE" w:cs="Arial Narrow CE"/>
        </w:rPr>
      </w:pPr>
      <w:r w:rsidRPr="00D462F0">
        <w:rPr>
          <w:rStyle w:val="Siln"/>
          <w:rFonts w:ascii="Arial CE" w:hAnsi="Arial CE" w:cs="Arial Narrow CE"/>
        </w:rPr>
        <w:t>„</w:t>
      </w:r>
      <w:proofErr w:type="spellStart"/>
      <w:r w:rsidRPr="00D462F0">
        <w:rPr>
          <w:rStyle w:val="Siln"/>
          <w:rFonts w:ascii="Arial CE" w:hAnsi="Arial CE" w:cs="Arial Narrow CE"/>
        </w:rPr>
        <w:t>Shag</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cut</w:t>
      </w:r>
      <w:proofErr w:type="spellEnd"/>
      <w:r w:rsidRPr="00D462F0">
        <w:rPr>
          <w:rStyle w:val="Siln"/>
          <w:rFonts w:ascii="Arial CE" w:hAnsi="Arial CE" w:cs="Arial Narrow CE"/>
        </w:rPr>
        <w:t>“</w:t>
      </w:r>
      <w:r w:rsidRPr="00D462F0">
        <w:rPr>
          <w:rFonts w:ascii="Arial CE" w:hAnsi="Arial CE" w:cs="Arial Narrow CE"/>
        </w:rPr>
        <w:t xml:space="preserve"> – vrstvený strih s objemom a textúrou, ideálny pre mladých ľudí.</w:t>
      </w:r>
    </w:p>
    <w:p w:rsidR="00F20326" w:rsidRPr="00D462F0" w:rsidRDefault="00F20326" w:rsidP="00B732A6">
      <w:pPr>
        <w:pStyle w:val="Normlnywebov"/>
        <w:numPr>
          <w:ilvl w:val="0"/>
          <w:numId w:val="10"/>
        </w:numPr>
        <w:rPr>
          <w:rFonts w:ascii="Arial CE" w:hAnsi="Arial CE" w:cs="Arial Narrow CE"/>
        </w:rPr>
      </w:pPr>
      <w:r w:rsidRPr="00D462F0">
        <w:rPr>
          <w:rStyle w:val="Siln"/>
          <w:rFonts w:ascii="Arial CE" w:hAnsi="Arial CE" w:cs="Arial Narrow CE"/>
        </w:rPr>
        <w:t>„</w:t>
      </w:r>
      <w:proofErr w:type="spellStart"/>
      <w:r w:rsidRPr="00D462F0">
        <w:rPr>
          <w:rStyle w:val="Siln"/>
          <w:rFonts w:ascii="Arial CE" w:hAnsi="Arial CE" w:cs="Arial Narrow CE"/>
        </w:rPr>
        <w:t>Pixie</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cut</w:t>
      </w:r>
      <w:proofErr w:type="spellEnd"/>
      <w:r w:rsidRPr="00D462F0">
        <w:rPr>
          <w:rStyle w:val="Siln"/>
          <w:rFonts w:ascii="Arial CE" w:hAnsi="Arial CE" w:cs="Arial Narrow CE"/>
        </w:rPr>
        <w:t>“</w:t>
      </w:r>
      <w:r w:rsidRPr="00D462F0">
        <w:rPr>
          <w:rFonts w:ascii="Arial CE" w:hAnsi="Arial CE" w:cs="Arial Narrow CE"/>
        </w:rPr>
        <w:t xml:space="preserve"> – krátky a výrazný, symbol slobody a odvahy.</w:t>
      </w:r>
    </w:p>
    <w:p w:rsidR="00F20326" w:rsidRPr="00D462F0" w:rsidRDefault="00F20326" w:rsidP="00B732A6">
      <w:pPr>
        <w:pStyle w:val="Normlnywebov"/>
        <w:numPr>
          <w:ilvl w:val="0"/>
          <w:numId w:val="10"/>
        </w:numPr>
        <w:rPr>
          <w:rFonts w:ascii="Arial CE" w:hAnsi="Arial CE" w:cs="Arial Narrow CE"/>
        </w:rPr>
      </w:pPr>
      <w:r w:rsidRPr="00D462F0">
        <w:rPr>
          <w:rStyle w:val="Siln"/>
          <w:rFonts w:ascii="Arial CE" w:hAnsi="Arial CE" w:cs="Arial Narrow CE"/>
        </w:rPr>
        <w:t>„</w:t>
      </w:r>
      <w:proofErr w:type="spellStart"/>
      <w:r w:rsidRPr="00D462F0">
        <w:rPr>
          <w:rStyle w:val="Siln"/>
          <w:rFonts w:ascii="Arial CE" w:hAnsi="Arial CE" w:cs="Arial Narrow CE"/>
        </w:rPr>
        <w:t>Long</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layers</w:t>
      </w:r>
      <w:proofErr w:type="spellEnd"/>
      <w:r w:rsidRPr="00D462F0">
        <w:rPr>
          <w:rStyle w:val="Siln"/>
          <w:rFonts w:ascii="Arial CE" w:hAnsi="Arial CE" w:cs="Arial Narrow CE"/>
        </w:rPr>
        <w:t>“</w:t>
      </w:r>
      <w:r w:rsidRPr="00D462F0">
        <w:rPr>
          <w:rFonts w:ascii="Arial CE" w:hAnsi="Arial CE" w:cs="Arial Narrow CE"/>
        </w:rPr>
        <w:t xml:space="preserve"> – dlhé vlasy s postupným vrstvením, ktoré dodáva pohyb a ľahkosť.</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Muži čoraz častejšie siahajú po </w:t>
      </w:r>
      <w:proofErr w:type="spellStart"/>
      <w:r w:rsidRPr="00D462F0">
        <w:rPr>
          <w:rStyle w:val="Siln"/>
          <w:rFonts w:ascii="Arial CE" w:hAnsi="Arial CE" w:cs="Arial Narrow CE"/>
        </w:rPr>
        <w:t>fade</w:t>
      </w:r>
      <w:proofErr w:type="spellEnd"/>
      <w:r w:rsidRPr="00D462F0">
        <w:rPr>
          <w:rStyle w:val="Siln"/>
          <w:rFonts w:ascii="Arial CE" w:hAnsi="Arial CE" w:cs="Arial Narrow CE"/>
        </w:rPr>
        <w:t xml:space="preserve"> účesoch</w:t>
      </w:r>
      <w:r w:rsidRPr="00D462F0">
        <w:rPr>
          <w:rFonts w:ascii="Arial CE" w:hAnsi="Arial CE" w:cs="Arial Narrow CE"/>
        </w:rPr>
        <w:t xml:space="preserve">, kombinujúcich krátke boky s dlhšou vrchnou časťou, alebo po </w:t>
      </w:r>
      <w:proofErr w:type="spellStart"/>
      <w:r w:rsidRPr="00D462F0">
        <w:rPr>
          <w:rFonts w:ascii="Arial CE" w:hAnsi="Arial CE" w:cs="Arial Narrow CE"/>
        </w:rPr>
        <w:t>retro</w:t>
      </w:r>
      <w:proofErr w:type="spellEnd"/>
      <w:r w:rsidRPr="00D462F0">
        <w:rPr>
          <w:rFonts w:ascii="Arial CE" w:hAnsi="Arial CE" w:cs="Arial Narrow CE"/>
        </w:rPr>
        <w:t xml:space="preserve"> štýloch s moderným twistom.</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4. Far</w:t>
      </w:r>
      <w:r w:rsidR="00D462F0" w:rsidRPr="00D462F0">
        <w:rPr>
          <w:rFonts w:ascii="Arial CE" w:hAnsi="Arial CE" w:cs="Arial Narrow CE"/>
          <w:color w:val="auto"/>
          <w:lang w:val="sk-SK"/>
        </w:rPr>
        <w:t>by</w:t>
      </w:r>
      <w:r w:rsidRPr="00D462F0">
        <w:rPr>
          <w:rFonts w:ascii="Arial CE" w:hAnsi="Arial CE" w:cs="Arial Narrow CE"/>
          <w:color w:val="auto"/>
          <w:lang w:val="sk-SK"/>
        </w:rPr>
        <w:t xml:space="preserve"> od prirodzenosti po kreativitu</w:t>
      </w:r>
    </w:p>
    <w:p w:rsidR="00F20326" w:rsidRPr="00D462F0" w:rsidRDefault="00F20326" w:rsidP="00B732A6">
      <w:pPr>
        <w:pStyle w:val="Normlnywebov"/>
        <w:rPr>
          <w:rFonts w:ascii="Arial CE" w:hAnsi="Arial CE" w:cs="Arial Narrow CE"/>
        </w:rPr>
      </w:pPr>
      <w:r w:rsidRPr="00D462F0">
        <w:rPr>
          <w:rFonts w:ascii="Arial CE" w:hAnsi="Arial CE" w:cs="Arial Narrow CE"/>
        </w:rPr>
        <w:t>Farbenie vlasov je dnes umenie. Trendy sa pohybujú od jemných tónov po odvážne experimenty.</w:t>
      </w:r>
      <w:r w:rsidRPr="00D462F0">
        <w:rPr>
          <w:rFonts w:ascii="Arial CE" w:hAnsi="Arial CE" w:cs="Arial Narrow CE"/>
        </w:rPr>
        <w:br/>
        <w:t>Populárne sú techniky:</w:t>
      </w:r>
    </w:p>
    <w:p w:rsidR="00F20326" w:rsidRPr="00D462F0" w:rsidRDefault="00F20326" w:rsidP="00B732A6">
      <w:pPr>
        <w:pStyle w:val="Normlnywebov"/>
        <w:numPr>
          <w:ilvl w:val="0"/>
          <w:numId w:val="11"/>
        </w:numPr>
        <w:rPr>
          <w:rFonts w:ascii="Arial CE" w:hAnsi="Arial CE" w:cs="Arial Narrow CE"/>
        </w:rPr>
      </w:pPr>
      <w:proofErr w:type="spellStart"/>
      <w:r w:rsidRPr="00D462F0">
        <w:rPr>
          <w:rStyle w:val="Siln"/>
          <w:rFonts w:ascii="Arial CE" w:hAnsi="Arial CE" w:cs="Arial Narrow CE"/>
        </w:rPr>
        <w:t>Balayage</w:t>
      </w:r>
      <w:proofErr w:type="spellEnd"/>
      <w:r w:rsidRPr="00D462F0">
        <w:rPr>
          <w:rFonts w:ascii="Arial CE" w:hAnsi="Arial CE" w:cs="Arial Narrow CE"/>
        </w:rPr>
        <w:t xml:space="preserve"> – ručné nanášanie farby, ktoré vytvára prirodzené prechody.</w:t>
      </w:r>
    </w:p>
    <w:p w:rsidR="00F20326" w:rsidRPr="00D462F0" w:rsidRDefault="00F20326" w:rsidP="00B732A6">
      <w:pPr>
        <w:pStyle w:val="Normlnywebov"/>
        <w:numPr>
          <w:ilvl w:val="0"/>
          <w:numId w:val="11"/>
        </w:numPr>
        <w:rPr>
          <w:rFonts w:ascii="Arial CE" w:hAnsi="Arial CE" w:cs="Arial Narrow CE"/>
        </w:rPr>
      </w:pPr>
      <w:proofErr w:type="spellStart"/>
      <w:r w:rsidRPr="00D462F0">
        <w:rPr>
          <w:rStyle w:val="Siln"/>
          <w:rFonts w:ascii="Arial CE" w:hAnsi="Arial CE" w:cs="Arial Narrow CE"/>
        </w:rPr>
        <w:t>Ombre</w:t>
      </w:r>
      <w:proofErr w:type="spellEnd"/>
      <w:r w:rsidRPr="00D462F0">
        <w:rPr>
          <w:rStyle w:val="Siln"/>
          <w:rFonts w:ascii="Arial CE" w:hAnsi="Arial CE" w:cs="Arial Narrow CE"/>
        </w:rPr>
        <w:t xml:space="preserve"> a </w:t>
      </w:r>
      <w:proofErr w:type="spellStart"/>
      <w:r w:rsidRPr="00D462F0">
        <w:rPr>
          <w:rStyle w:val="Siln"/>
          <w:rFonts w:ascii="Arial CE" w:hAnsi="Arial CE" w:cs="Arial Narrow CE"/>
        </w:rPr>
        <w:t>sombre</w:t>
      </w:r>
      <w:proofErr w:type="spellEnd"/>
      <w:r w:rsidRPr="00D462F0">
        <w:rPr>
          <w:rFonts w:ascii="Arial CE" w:hAnsi="Arial CE" w:cs="Arial Narrow CE"/>
        </w:rPr>
        <w:t xml:space="preserve"> – prechody farieb od tmavšej ku svetlejšej, často s jemným efektom slnkom vyťahaných vlasov.</w:t>
      </w:r>
    </w:p>
    <w:p w:rsidR="00F20326" w:rsidRPr="00D462F0" w:rsidRDefault="00F20326" w:rsidP="00B732A6">
      <w:pPr>
        <w:pStyle w:val="Normlnywebov"/>
        <w:numPr>
          <w:ilvl w:val="0"/>
          <w:numId w:val="11"/>
        </w:numPr>
        <w:rPr>
          <w:rFonts w:ascii="Arial CE" w:hAnsi="Arial CE" w:cs="Arial Narrow CE"/>
        </w:rPr>
      </w:pPr>
      <w:r w:rsidRPr="00D462F0">
        <w:rPr>
          <w:rStyle w:val="Siln"/>
          <w:rFonts w:ascii="Arial CE" w:hAnsi="Arial CE" w:cs="Arial Narrow CE"/>
        </w:rPr>
        <w:t xml:space="preserve">Money </w:t>
      </w:r>
      <w:proofErr w:type="spellStart"/>
      <w:r w:rsidRPr="00D462F0">
        <w:rPr>
          <w:rStyle w:val="Siln"/>
          <w:rFonts w:ascii="Arial CE" w:hAnsi="Arial CE" w:cs="Arial Narrow CE"/>
        </w:rPr>
        <w:t>piece</w:t>
      </w:r>
      <w:proofErr w:type="spellEnd"/>
      <w:r w:rsidRPr="00D462F0">
        <w:rPr>
          <w:rFonts w:ascii="Arial CE" w:hAnsi="Arial CE" w:cs="Arial Narrow CE"/>
        </w:rPr>
        <w:t xml:space="preserve"> – zosvetlenie prameňov okolo tváre, ktoré rozjasní celkový vzhľad.</w:t>
      </w:r>
    </w:p>
    <w:p w:rsidR="00F20326" w:rsidRPr="00D462F0" w:rsidRDefault="00F20326" w:rsidP="00B732A6">
      <w:pPr>
        <w:pStyle w:val="Normlnywebov"/>
        <w:numPr>
          <w:ilvl w:val="0"/>
          <w:numId w:val="11"/>
        </w:numPr>
        <w:rPr>
          <w:rFonts w:ascii="Arial CE" w:hAnsi="Arial CE" w:cs="Arial Narrow CE"/>
        </w:rPr>
      </w:pPr>
      <w:proofErr w:type="spellStart"/>
      <w:r w:rsidRPr="00D462F0">
        <w:rPr>
          <w:rStyle w:val="Siln"/>
          <w:rFonts w:ascii="Arial CE" w:hAnsi="Arial CE" w:cs="Arial Narrow CE"/>
        </w:rPr>
        <w:t>Color</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melting</w:t>
      </w:r>
      <w:proofErr w:type="spellEnd"/>
      <w:r w:rsidRPr="00D462F0">
        <w:rPr>
          <w:rFonts w:ascii="Arial CE" w:hAnsi="Arial CE" w:cs="Arial Narrow CE"/>
        </w:rPr>
        <w:t xml:space="preserve"> – plynulé spájanie viacerých odtieňov do jedného celku.</w:t>
      </w:r>
    </w:p>
    <w:p w:rsidR="00F20326" w:rsidRPr="00D462F0" w:rsidRDefault="00F20326" w:rsidP="00B732A6">
      <w:pPr>
        <w:pStyle w:val="Normlnywebov"/>
        <w:rPr>
          <w:rFonts w:ascii="Arial CE" w:hAnsi="Arial CE" w:cs="Arial Narrow CE"/>
        </w:rPr>
      </w:pPr>
      <w:r w:rsidRPr="00D462F0">
        <w:rPr>
          <w:rFonts w:ascii="Arial CE" w:hAnsi="Arial CE" w:cs="Arial Narrow CE"/>
        </w:rPr>
        <w:t>Súčasné kaderníctvo sa nebojí ani výrazných farieb – pastelové ružové, fialové, strieborné či medené tóny sú populárne najmä u mladých ľudí. Kreatívne farbenie sa často stáva formou sebavyjadrenia.</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5. Technológie v službách krásy</w:t>
      </w:r>
    </w:p>
    <w:p w:rsidR="00F20326" w:rsidRPr="00D462F0" w:rsidRDefault="00F20326" w:rsidP="00B732A6">
      <w:pPr>
        <w:pStyle w:val="Normlnywebov"/>
        <w:rPr>
          <w:rFonts w:ascii="Arial CE" w:hAnsi="Arial CE" w:cs="Arial Narrow CE"/>
        </w:rPr>
      </w:pPr>
      <w:r w:rsidRPr="00D462F0">
        <w:rPr>
          <w:rFonts w:ascii="Arial CE" w:hAnsi="Arial CE" w:cs="Arial Narrow CE"/>
        </w:rPr>
        <w:t>Moderné kaderníctvo sa opiera o techniku a vedu. Digitálne zariadenia umožňujú presne regulovať teplotu pri žehlení alebo kulmovaní, aby sa zabránilo poškodeniu vlasu.</w:t>
      </w:r>
      <w:r w:rsidRPr="00D462F0">
        <w:rPr>
          <w:rFonts w:ascii="Arial CE" w:hAnsi="Arial CE" w:cs="Arial Narrow CE"/>
        </w:rPr>
        <w:br/>
        <w:t xml:space="preserve">Vznikajú </w:t>
      </w:r>
      <w:r w:rsidRPr="00D462F0">
        <w:rPr>
          <w:rStyle w:val="Siln"/>
          <w:rFonts w:ascii="Arial CE" w:hAnsi="Arial CE" w:cs="Arial Narrow CE"/>
        </w:rPr>
        <w:t>inteligentné fény</w:t>
      </w:r>
      <w:r w:rsidRPr="00D462F0">
        <w:rPr>
          <w:rFonts w:ascii="Arial CE" w:hAnsi="Arial CE" w:cs="Arial Narrow CE"/>
        </w:rPr>
        <w:t xml:space="preserve"> s ionizačnou technológiou, ktoré znižujú statickú elektrinu a skracujú dobu sušenia.</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V niektorých salónoch sa používa </w:t>
      </w:r>
      <w:r w:rsidRPr="00D462F0">
        <w:rPr>
          <w:rStyle w:val="Siln"/>
          <w:rFonts w:ascii="Arial CE" w:hAnsi="Arial CE" w:cs="Arial Narrow CE"/>
        </w:rPr>
        <w:t>digitálna analýza vlasov</w:t>
      </w:r>
      <w:r w:rsidRPr="00D462F0">
        <w:rPr>
          <w:rFonts w:ascii="Arial CE" w:hAnsi="Arial CE" w:cs="Arial Narrow CE"/>
        </w:rPr>
        <w:t>, ktorá pomocou kamery zhodnotí kvalitu vlasov a pokožky. Výsledkom je odporúčanie presných produktov.</w:t>
      </w:r>
      <w:r w:rsidRPr="00D462F0">
        <w:rPr>
          <w:rFonts w:ascii="Arial CE" w:hAnsi="Arial CE" w:cs="Arial Narrow CE"/>
        </w:rPr>
        <w:br/>
        <w:t xml:space="preserve">Do popredia sa dostávajú aj </w:t>
      </w:r>
      <w:r w:rsidRPr="00D462F0">
        <w:rPr>
          <w:rStyle w:val="Siln"/>
          <w:rFonts w:ascii="Arial CE" w:hAnsi="Arial CE" w:cs="Arial Narrow CE"/>
        </w:rPr>
        <w:t>3D simulácie účesov</w:t>
      </w:r>
      <w:r w:rsidRPr="00D462F0">
        <w:rPr>
          <w:rFonts w:ascii="Arial CE" w:hAnsi="Arial CE" w:cs="Arial Narrow CE"/>
        </w:rPr>
        <w:t xml:space="preserve"> – klient si môže na obrazovke pozrieť, ako bude vyzerať po strihu či farbení.</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6. Udržateľnosť a ekológia</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Jedným z najvýraznejších trendov posledných rokov je </w:t>
      </w:r>
      <w:r w:rsidRPr="00D462F0">
        <w:rPr>
          <w:rStyle w:val="Siln"/>
          <w:rFonts w:ascii="Arial CE" w:hAnsi="Arial CE" w:cs="Arial Narrow CE"/>
        </w:rPr>
        <w:t>ekologické kaderníctvo</w:t>
      </w:r>
      <w:r w:rsidRPr="00D462F0">
        <w:rPr>
          <w:rFonts w:ascii="Arial CE" w:hAnsi="Arial CE" w:cs="Arial Narrow CE"/>
        </w:rPr>
        <w:t>.</w:t>
      </w:r>
      <w:r w:rsidRPr="00D462F0">
        <w:rPr>
          <w:rFonts w:ascii="Arial CE" w:hAnsi="Arial CE" w:cs="Arial Narrow CE"/>
        </w:rPr>
        <w:br/>
        <w:t>Znamená to:</w:t>
      </w:r>
    </w:p>
    <w:p w:rsidR="00F20326" w:rsidRPr="00D462F0" w:rsidRDefault="00F20326" w:rsidP="00B732A6">
      <w:pPr>
        <w:pStyle w:val="Normlnywebov"/>
        <w:numPr>
          <w:ilvl w:val="0"/>
          <w:numId w:val="12"/>
        </w:numPr>
        <w:rPr>
          <w:rFonts w:ascii="Arial CE" w:hAnsi="Arial CE" w:cs="Arial Narrow CE"/>
        </w:rPr>
      </w:pPr>
      <w:r w:rsidRPr="00D462F0">
        <w:rPr>
          <w:rFonts w:ascii="Arial CE" w:hAnsi="Arial CE" w:cs="Arial Narrow CE"/>
        </w:rPr>
        <w:t xml:space="preserve">používanie </w:t>
      </w:r>
      <w:proofErr w:type="spellStart"/>
      <w:r w:rsidRPr="00D462F0">
        <w:rPr>
          <w:rStyle w:val="Siln"/>
          <w:rFonts w:ascii="Arial CE" w:hAnsi="Arial CE" w:cs="Arial Narrow CE"/>
        </w:rPr>
        <w:t>vegan</w:t>
      </w:r>
      <w:proofErr w:type="spellEnd"/>
      <w:r w:rsidRPr="00D462F0">
        <w:rPr>
          <w:rStyle w:val="Siln"/>
          <w:rFonts w:ascii="Arial CE" w:hAnsi="Arial CE" w:cs="Arial Narrow CE"/>
        </w:rPr>
        <w:t xml:space="preserve"> kozmetiky bez testovania na zvieratách</w:t>
      </w:r>
      <w:r w:rsidRPr="00D462F0">
        <w:rPr>
          <w:rFonts w:ascii="Arial CE" w:hAnsi="Arial CE" w:cs="Arial Narrow CE"/>
        </w:rPr>
        <w:t>,</w:t>
      </w:r>
    </w:p>
    <w:p w:rsidR="00F20326" w:rsidRPr="00D462F0" w:rsidRDefault="00F20326" w:rsidP="00B732A6">
      <w:pPr>
        <w:pStyle w:val="Normlnywebov"/>
        <w:numPr>
          <w:ilvl w:val="0"/>
          <w:numId w:val="12"/>
        </w:numPr>
        <w:rPr>
          <w:rFonts w:ascii="Arial CE" w:hAnsi="Arial CE" w:cs="Arial Narrow CE"/>
        </w:rPr>
      </w:pPr>
      <w:r w:rsidRPr="00D462F0">
        <w:rPr>
          <w:rFonts w:ascii="Arial CE" w:hAnsi="Arial CE" w:cs="Arial Narrow CE"/>
        </w:rPr>
        <w:t xml:space="preserve">produkty bez silikónov, </w:t>
      </w:r>
      <w:proofErr w:type="spellStart"/>
      <w:r w:rsidRPr="00D462F0">
        <w:rPr>
          <w:rFonts w:ascii="Arial CE" w:hAnsi="Arial CE" w:cs="Arial Narrow CE"/>
        </w:rPr>
        <w:t>parabénov</w:t>
      </w:r>
      <w:proofErr w:type="spellEnd"/>
      <w:r w:rsidRPr="00D462F0">
        <w:rPr>
          <w:rFonts w:ascii="Arial CE" w:hAnsi="Arial CE" w:cs="Arial Narrow CE"/>
        </w:rPr>
        <w:t xml:space="preserve"> a sulfátov,</w:t>
      </w:r>
    </w:p>
    <w:p w:rsidR="00F20326" w:rsidRPr="00D462F0" w:rsidRDefault="00F20326" w:rsidP="00B732A6">
      <w:pPr>
        <w:pStyle w:val="Normlnywebov"/>
        <w:numPr>
          <w:ilvl w:val="0"/>
          <w:numId w:val="12"/>
        </w:numPr>
        <w:rPr>
          <w:rFonts w:ascii="Arial CE" w:hAnsi="Arial CE" w:cs="Arial Narrow CE"/>
        </w:rPr>
      </w:pPr>
      <w:r w:rsidRPr="00D462F0">
        <w:rPr>
          <w:rFonts w:ascii="Arial CE" w:hAnsi="Arial CE" w:cs="Arial Narrow CE"/>
        </w:rPr>
        <w:t>recyklovateľné alebo znovu plniteľné obaly,</w:t>
      </w:r>
    </w:p>
    <w:p w:rsidR="00F20326" w:rsidRPr="00D462F0" w:rsidRDefault="00F20326" w:rsidP="00B732A6">
      <w:pPr>
        <w:pStyle w:val="Normlnywebov"/>
        <w:numPr>
          <w:ilvl w:val="0"/>
          <w:numId w:val="12"/>
        </w:numPr>
        <w:rPr>
          <w:rFonts w:ascii="Arial CE" w:hAnsi="Arial CE" w:cs="Arial Narrow CE"/>
        </w:rPr>
      </w:pPr>
      <w:r w:rsidRPr="00D462F0">
        <w:rPr>
          <w:rFonts w:ascii="Arial CE" w:hAnsi="Arial CE" w:cs="Arial Narrow CE"/>
        </w:rPr>
        <w:t>šetrenie vody a energie v salóne,</w:t>
      </w:r>
    </w:p>
    <w:p w:rsidR="00F20326" w:rsidRPr="00D462F0" w:rsidRDefault="00F20326" w:rsidP="00B732A6">
      <w:pPr>
        <w:pStyle w:val="Normlnywebov"/>
        <w:numPr>
          <w:ilvl w:val="0"/>
          <w:numId w:val="12"/>
        </w:numPr>
        <w:rPr>
          <w:rFonts w:ascii="Arial CE" w:hAnsi="Arial CE" w:cs="Arial Narrow CE"/>
        </w:rPr>
      </w:pPr>
      <w:r w:rsidRPr="00D462F0">
        <w:rPr>
          <w:rFonts w:ascii="Arial CE" w:hAnsi="Arial CE" w:cs="Arial Narrow CE"/>
        </w:rPr>
        <w:t xml:space="preserve">triedenie odpadu a zber vlasov na recykláciu (napr. výroba </w:t>
      </w:r>
      <w:proofErr w:type="spellStart"/>
      <w:r w:rsidRPr="00D462F0">
        <w:rPr>
          <w:rFonts w:ascii="Arial CE" w:hAnsi="Arial CE" w:cs="Arial Narrow CE"/>
        </w:rPr>
        <w:t>absorbentov</w:t>
      </w:r>
      <w:proofErr w:type="spellEnd"/>
      <w:r w:rsidRPr="00D462F0">
        <w:rPr>
          <w:rFonts w:ascii="Arial CE" w:hAnsi="Arial CE" w:cs="Arial Narrow CE"/>
        </w:rPr>
        <w:t xml:space="preserve"> olejov).</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Kaderníci sa tak stávajú nielen odborníkmi na krásu, ale aj </w:t>
      </w:r>
      <w:r w:rsidRPr="00D462F0">
        <w:rPr>
          <w:rStyle w:val="Siln"/>
          <w:rFonts w:ascii="Arial CE" w:hAnsi="Arial CE" w:cs="Arial Narrow CE"/>
        </w:rPr>
        <w:t>ambasádormi zodpovedného prístupu k planéte</w:t>
      </w:r>
      <w:r w:rsidRPr="00D462F0">
        <w:rPr>
          <w:rFonts w:ascii="Arial CE" w:hAnsi="Arial CE" w:cs="Arial Narrow CE"/>
        </w:rPr>
        <w:t>.</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 xml:space="preserve">7. Pánske kaderníctvo a </w:t>
      </w:r>
      <w:proofErr w:type="spellStart"/>
      <w:r w:rsidRPr="00D462F0">
        <w:rPr>
          <w:rFonts w:ascii="Arial CE" w:hAnsi="Arial CE" w:cs="Arial Narrow CE"/>
          <w:color w:val="auto"/>
          <w:lang w:val="sk-SK"/>
        </w:rPr>
        <w:t>barberstvo</w:t>
      </w:r>
      <w:proofErr w:type="spellEnd"/>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V poslednom desaťročí zažíva renesanciu aj pánske kaderníctvo. Moderné </w:t>
      </w:r>
      <w:proofErr w:type="spellStart"/>
      <w:r w:rsidRPr="00D462F0">
        <w:rPr>
          <w:rStyle w:val="Siln"/>
          <w:rFonts w:ascii="Arial CE" w:hAnsi="Arial CE" w:cs="Arial Narrow CE"/>
        </w:rPr>
        <w:t>barber</w:t>
      </w:r>
      <w:proofErr w:type="spellEnd"/>
      <w:r w:rsidRPr="00D462F0">
        <w:rPr>
          <w:rStyle w:val="Siln"/>
          <w:rFonts w:ascii="Arial CE" w:hAnsi="Arial CE" w:cs="Arial Narrow CE"/>
        </w:rPr>
        <w:t xml:space="preserve"> </w:t>
      </w:r>
      <w:proofErr w:type="spellStart"/>
      <w:r w:rsidRPr="00D462F0">
        <w:rPr>
          <w:rStyle w:val="Siln"/>
          <w:rFonts w:ascii="Arial CE" w:hAnsi="Arial CE" w:cs="Arial Narrow CE"/>
        </w:rPr>
        <w:t>shopy</w:t>
      </w:r>
      <w:proofErr w:type="spellEnd"/>
      <w:r w:rsidRPr="00D462F0">
        <w:rPr>
          <w:rFonts w:ascii="Arial CE" w:hAnsi="Arial CE" w:cs="Arial Narrow CE"/>
        </w:rPr>
        <w:t xml:space="preserve"> spájajú klasickú eleganciu s moderným dizajnom.</w:t>
      </w:r>
      <w:r w:rsidRPr="00D462F0">
        <w:rPr>
          <w:rFonts w:ascii="Arial CE" w:hAnsi="Arial CE" w:cs="Arial Narrow CE"/>
        </w:rPr>
        <w:br/>
        <w:t>Populárne sú kombinácie tradičných techník – holenie britvou, úprava brady a fúzov, masáže hlavy – s modernými trendmi v strihu.</w:t>
      </w:r>
      <w:r w:rsidRPr="00D462F0">
        <w:rPr>
          <w:rFonts w:ascii="Arial CE" w:hAnsi="Arial CE" w:cs="Arial Narrow CE"/>
        </w:rPr>
        <w:br/>
      </w:r>
      <w:proofErr w:type="spellStart"/>
      <w:r w:rsidRPr="00D462F0">
        <w:rPr>
          <w:rFonts w:ascii="Arial CE" w:hAnsi="Arial CE" w:cs="Arial Narrow CE"/>
        </w:rPr>
        <w:t>Barberi</w:t>
      </w:r>
      <w:proofErr w:type="spellEnd"/>
      <w:r w:rsidRPr="00D462F0">
        <w:rPr>
          <w:rFonts w:ascii="Arial CE" w:hAnsi="Arial CE" w:cs="Arial Narrow CE"/>
        </w:rPr>
        <w:t xml:space="preserve"> sa opäť stávajú špecialistami, ktorí nielen strihajú, ale vytvárajú štýl a sebavedomie.</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 xml:space="preserve">8. Vplyv sociálnych médií a </w:t>
      </w:r>
      <w:proofErr w:type="spellStart"/>
      <w:r w:rsidRPr="00D462F0">
        <w:rPr>
          <w:rFonts w:ascii="Arial CE" w:hAnsi="Arial CE" w:cs="Arial Narrow CE"/>
          <w:color w:val="auto"/>
          <w:lang w:val="sk-SK"/>
        </w:rPr>
        <w:t>influencerov</w:t>
      </w:r>
      <w:proofErr w:type="spellEnd"/>
    </w:p>
    <w:p w:rsidR="00F20326" w:rsidRPr="00D462F0" w:rsidRDefault="00F20326" w:rsidP="00B732A6">
      <w:pPr>
        <w:pStyle w:val="Normlnywebov"/>
        <w:rPr>
          <w:rFonts w:ascii="Arial CE" w:hAnsi="Arial CE" w:cs="Arial Narrow CE"/>
        </w:rPr>
      </w:pPr>
      <w:proofErr w:type="spellStart"/>
      <w:r w:rsidRPr="00D462F0">
        <w:rPr>
          <w:rFonts w:ascii="Arial CE" w:hAnsi="Arial CE" w:cs="Arial Narrow CE"/>
        </w:rPr>
        <w:t>Instagram</w:t>
      </w:r>
      <w:proofErr w:type="spellEnd"/>
      <w:r w:rsidRPr="00D462F0">
        <w:rPr>
          <w:rFonts w:ascii="Arial CE" w:hAnsi="Arial CE" w:cs="Arial Narrow CE"/>
        </w:rPr>
        <w:t xml:space="preserve">, </w:t>
      </w:r>
      <w:proofErr w:type="spellStart"/>
      <w:r w:rsidRPr="00D462F0">
        <w:rPr>
          <w:rFonts w:ascii="Arial CE" w:hAnsi="Arial CE" w:cs="Arial Narrow CE"/>
        </w:rPr>
        <w:t>TikTok</w:t>
      </w:r>
      <w:proofErr w:type="spellEnd"/>
      <w:r w:rsidRPr="00D462F0">
        <w:rPr>
          <w:rFonts w:ascii="Arial CE" w:hAnsi="Arial CE" w:cs="Arial Narrow CE"/>
        </w:rPr>
        <w:t xml:space="preserve"> či YouTube majú dnes obrovský vplyv na kadernícke trendy.</w:t>
      </w:r>
      <w:r w:rsidRPr="00D462F0">
        <w:rPr>
          <w:rFonts w:ascii="Arial CE" w:hAnsi="Arial CE" w:cs="Arial Narrow CE"/>
        </w:rPr>
        <w:br/>
      </w:r>
      <w:proofErr w:type="spellStart"/>
      <w:r w:rsidRPr="00D462F0">
        <w:rPr>
          <w:rFonts w:ascii="Arial CE" w:hAnsi="Arial CE" w:cs="Arial Narrow CE"/>
        </w:rPr>
        <w:t>Stylisti</w:t>
      </w:r>
      <w:proofErr w:type="spellEnd"/>
      <w:r w:rsidRPr="00D462F0">
        <w:rPr>
          <w:rFonts w:ascii="Arial CE" w:hAnsi="Arial CE" w:cs="Arial Narrow CE"/>
        </w:rPr>
        <w:t>, ktorí zverejňujú svoje práce, môžu ovplyvniť milióny ľudí. Klienti prichádzajú do salónov s fotografiami účesov, ktoré videli na internete, a očakávajú podobný výsledok.</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Sociálne médiá tiež vytvárajú tlak na </w:t>
      </w:r>
      <w:r w:rsidRPr="00D462F0">
        <w:rPr>
          <w:rStyle w:val="Siln"/>
          <w:rFonts w:ascii="Arial CE" w:hAnsi="Arial CE" w:cs="Arial Narrow CE"/>
        </w:rPr>
        <w:t>neustálu inováciu a kreativitu</w:t>
      </w:r>
      <w:r w:rsidRPr="00D462F0">
        <w:rPr>
          <w:rFonts w:ascii="Arial CE" w:hAnsi="Arial CE" w:cs="Arial Narrow CE"/>
        </w:rPr>
        <w:t>. Každý kaderník sa musí prispôsobovať rýchlo meniacim trendom a zároveň ostať verný vlastnému štýlu.</w:t>
      </w:r>
      <w:r w:rsidRPr="00D462F0">
        <w:rPr>
          <w:rFonts w:ascii="Arial CE" w:hAnsi="Arial CE" w:cs="Arial Narrow CE"/>
        </w:rPr>
        <w:br/>
        <w:t xml:space="preserve">Online kurzy, </w:t>
      </w:r>
      <w:proofErr w:type="spellStart"/>
      <w:r w:rsidRPr="00D462F0">
        <w:rPr>
          <w:rFonts w:ascii="Arial CE" w:hAnsi="Arial CE" w:cs="Arial Narrow CE"/>
        </w:rPr>
        <w:t>webináre</w:t>
      </w:r>
      <w:proofErr w:type="spellEnd"/>
      <w:r w:rsidRPr="00D462F0">
        <w:rPr>
          <w:rFonts w:ascii="Arial CE" w:hAnsi="Arial CE" w:cs="Arial Narrow CE"/>
        </w:rPr>
        <w:t xml:space="preserve"> a virtuálne akadémie umožňujú vzdelávanie bez hraníc – kaderníci sa učia nové techniky od svetových profesionálov.</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9. Nové techniky a služby</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Moderné kaderníctvo zahŕňa aj </w:t>
      </w:r>
      <w:r w:rsidRPr="00D462F0">
        <w:rPr>
          <w:rStyle w:val="Siln"/>
          <w:rFonts w:ascii="Arial CE" w:hAnsi="Arial CE" w:cs="Arial Narrow CE"/>
        </w:rPr>
        <w:t>multifunkčné služby</w:t>
      </w:r>
      <w:r w:rsidRPr="00D462F0">
        <w:rPr>
          <w:rFonts w:ascii="Arial CE" w:hAnsi="Arial CE" w:cs="Arial Narrow CE"/>
        </w:rPr>
        <w:t xml:space="preserve"> – kaderník je často aj vizážista, kolorista či poradca v oblasti starostlivosti o pleť.</w:t>
      </w:r>
      <w:r w:rsidRPr="00D462F0">
        <w:rPr>
          <w:rFonts w:ascii="Arial CE" w:hAnsi="Arial CE" w:cs="Arial Narrow CE"/>
        </w:rPr>
        <w:br/>
        <w:t xml:space="preserve">Veľmi populárne sú </w:t>
      </w:r>
      <w:r w:rsidRPr="00D462F0">
        <w:rPr>
          <w:rStyle w:val="Siln"/>
          <w:rFonts w:ascii="Arial CE" w:hAnsi="Arial CE" w:cs="Arial Narrow CE"/>
        </w:rPr>
        <w:t>keratínové kúry</w:t>
      </w:r>
      <w:r w:rsidRPr="00D462F0">
        <w:rPr>
          <w:rFonts w:ascii="Arial CE" w:hAnsi="Arial CE" w:cs="Arial Narrow CE"/>
        </w:rPr>
        <w:t xml:space="preserve">, </w:t>
      </w:r>
      <w:proofErr w:type="spellStart"/>
      <w:r w:rsidRPr="00D462F0">
        <w:rPr>
          <w:rStyle w:val="Siln"/>
          <w:rFonts w:ascii="Arial CE" w:hAnsi="Arial CE" w:cs="Arial Narrow CE"/>
        </w:rPr>
        <w:t>botox</w:t>
      </w:r>
      <w:proofErr w:type="spellEnd"/>
      <w:r w:rsidRPr="00D462F0">
        <w:rPr>
          <w:rStyle w:val="Siln"/>
          <w:rFonts w:ascii="Arial CE" w:hAnsi="Arial CE" w:cs="Arial Narrow CE"/>
        </w:rPr>
        <w:t xml:space="preserve"> na vlasy</w:t>
      </w:r>
      <w:r w:rsidRPr="00D462F0">
        <w:rPr>
          <w:rFonts w:ascii="Arial CE" w:hAnsi="Arial CE" w:cs="Arial Narrow CE"/>
        </w:rPr>
        <w:t xml:space="preserve"> alebo </w:t>
      </w:r>
      <w:r w:rsidRPr="00D462F0">
        <w:rPr>
          <w:rStyle w:val="Siln"/>
          <w:rFonts w:ascii="Arial CE" w:hAnsi="Arial CE" w:cs="Arial Narrow CE"/>
        </w:rPr>
        <w:t>rekonštrukčné procedúry</w:t>
      </w:r>
      <w:r w:rsidRPr="00D462F0">
        <w:rPr>
          <w:rFonts w:ascii="Arial CE" w:hAnsi="Arial CE" w:cs="Arial Narrow CE"/>
        </w:rPr>
        <w:t xml:space="preserve"> s obsahom bielkovín a aminokyselín.</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Do popredia sa dostávajú aj </w:t>
      </w:r>
      <w:r w:rsidRPr="00D462F0">
        <w:rPr>
          <w:rStyle w:val="Siln"/>
          <w:rFonts w:ascii="Arial CE" w:hAnsi="Arial CE" w:cs="Arial Narrow CE"/>
        </w:rPr>
        <w:t>bezamoniakové farby</w:t>
      </w:r>
      <w:r w:rsidRPr="00D462F0">
        <w:rPr>
          <w:rFonts w:ascii="Arial CE" w:hAnsi="Arial CE" w:cs="Arial Narrow CE"/>
        </w:rPr>
        <w:t xml:space="preserve">, ktoré sú šetrnejšie k vlasom i pokožke, a </w:t>
      </w:r>
      <w:r w:rsidRPr="00D462F0">
        <w:rPr>
          <w:rStyle w:val="Siln"/>
          <w:rFonts w:ascii="Arial CE" w:hAnsi="Arial CE" w:cs="Arial Narrow CE"/>
        </w:rPr>
        <w:t>organické prípravky</w:t>
      </w:r>
      <w:r w:rsidRPr="00D462F0">
        <w:rPr>
          <w:rFonts w:ascii="Arial CE" w:hAnsi="Arial CE" w:cs="Arial Narrow CE"/>
        </w:rPr>
        <w:t xml:space="preserve"> na báze rastlinných výťažkov.</w:t>
      </w:r>
      <w:r w:rsidRPr="00D462F0">
        <w:rPr>
          <w:rFonts w:ascii="Arial CE" w:hAnsi="Arial CE" w:cs="Arial Narrow CE"/>
        </w:rPr>
        <w:br/>
        <w:t xml:space="preserve">Zároveň sa obnovuje záujem o </w:t>
      </w:r>
      <w:r w:rsidRPr="00D462F0">
        <w:rPr>
          <w:rStyle w:val="Siln"/>
          <w:rFonts w:ascii="Arial CE" w:hAnsi="Arial CE" w:cs="Arial Narrow CE"/>
        </w:rPr>
        <w:t xml:space="preserve">ručné techniky – napríklad </w:t>
      </w:r>
      <w:proofErr w:type="spellStart"/>
      <w:r w:rsidRPr="00D462F0">
        <w:rPr>
          <w:rStyle w:val="Siln"/>
          <w:rFonts w:ascii="Arial CE" w:hAnsi="Arial CE" w:cs="Arial Narrow CE"/>
        </w:rPr>
        <w:t>britvový</w:t>
      </w:r>
      <w:proofErr w:type="spellEnd"/>
      <w:r w:rsidRPr="00D462F0">
        <w:rPr>
          <w:rStyle w:val="Siln"/>
          <w:rFonts w:ascii="Arial CE" w:hAnsi="Arial CE" w:cs="Arial Narrow CE"/>
        </w:rPr>
        <w:t xml:space="preserve"> strih, presné textúrovanie či individuálne tvarovanie ofiny.</w:t>
      </w:r>
    </w:p>
    <w:p w:rsidR="00F20326" w:rsidRPr="00D462F0" w:rsidRDefault="00F20326" w:rsidP="00B732A6">
      <w:pPr>
        <w:spacing w:line="240" w:lineRule="auto"/>
        <w:rPr>
          <w:rFonts w:ascii="Arial CE" w:hAnsi="Arial CE" w:cs="Arial Narrow CE"/>
          <w:lang w:val="sk-SK"/>
        </w:rPr>
      </w:pPr>
    </w:p>
    <w:p w:rsidR="00F20326" w:rsidRPr="00D462F0" w:rsidRDefault="00F20326"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10. Kaderník ako umelec a psychológ</w:t>
      </w:r>
    </w:p>
    <w:p w:rsidR="00F20326" w:rsidRPr="00D462F0" w:rsidRDefault="00F20326" w:rsidP="00B732A6">
      <w:pPr>
        <w:pStyle w:val="Normlnywebov"/>
        <w:rPr>
          <w:rFonts w:ascii="Arial CE" w:hAnsi="Arial CE" w:cs="Arial Narrow CE"/>
        </w:rPr>
      </w:pPr>
      <w:r w:rsidRPr="00D462F0">
        <w:rPr>
          <w:rFonts w:ascii="Arial CE" w:hAnsi="Arial CE" w:cs="Arial Narrow CE"/>
        </w:rPr>
        <w:t xml:space="preserve">Moderný kaderník nie je len remeselník – je to </w:t>
      </w:r>
      <w:proofErr w:type="spellStart"/>
      <w:r w:rsidRPr="00D462F0">
        <w:rPr>
          <w:rStyle w:val="Siln"/>
          <w:rFonts w:ascii="Arial CE" w:hAnsi="Arial CE" w:cs="Arial Narrow CE"/>
        </w:rPr>
        <w:t>stylista</w:t>
      </w:r>
      <w:proofErr w:type="spellEnd"/>
      <w:r w:rsidRPr="00D462F0">
        <w:rPr>
          <w:rStyle w:val="Siln"/>
          <w:rFonts w:ascii="Arial CE" w:hAnsi="Arial CE" w:cs="Arial Narrow CE"/>
        </w:rPr>
        <w:t>, umelec a psychológ v jednom</w:t>
      </w:r>
      <w:r w:rsidRPr="00D462F0">
        <w:rPr>
          <w:rFonts w:ascii="Arial CE" w:hAnsi="Arial CE" w:cs="Arial Narrow CE"/>
        </w:rPr>
        <w:t>.</w:t>
      </w:r>
      <w:r w:rsidRPr="00D462F0">
        <w:rPr>
          <w:rFonts w:ascii="Arial CE" w:hAnsi="Arial CE" w:cs="Arial Narrow CE"/>
        </w:rPr>
        <w:br/>
        <w:t>Musí vedieť počúvať, poradiť a vytvoriť účes, ktorý zodpovedá životnému štýlu a osobnosti klienta. Vlasy sú dnes chápané ako súčasť identity a sebavyjadrenia – a kaderník je ten, kto pomáha ľuďom cítiť sa lepšie vo vlastnej koži.</w:t>
      </w:r>
    </w:p>
    <w:p w:rsidR="00F20326" w:rsidRPr="00D462F0" w:rsidRDefault="00F20326" w:rsidP="00B732A6">
      <w:pPr>
        <w:pStyle w:val="Normlnywebov"/>
        <w:rPr>
          <w:rFonts w:ascii="Arial CE" w:hAnsi="Arial CE" w:cs="Arial Narrow CE"/>
        </w:rPr>
      </w:pPr>
      <w:r w:rsidRPr="00D462F0">
        <w:rPr>
          <w:rFonts w:ascii="Arial CE" w:hAnsi="Arial CE" w:cs="Arial Narrow CE"/>
        </w:rPr>
        <w:t>Úspech v tejto profesii preto nezávisí len od techniky, ale aj od empatie, komunikácie a estetiky.</w:t>
      </w:r>
    </w:p>
    <w:p w:rsidR="00497193" w:rsidRPr="00D462F0" w:rsidRDefault="000B143E" w:rsidP="00B732A6">
      <w:pPr>
        <w:pStyle w:val="Nadpis2"/>
        <w:spacing w:line="240" w:lineRule="auto"/>
        <w:rPr>
          <w:rFonts w:ascii="Arial CE" w:hAnsi="Arial CE" w:cs="Arial Narrow CE"/>
          <w:color w:val="auto"/>
          <w:lang w:val="sk-SK"/>
        </w:rPr>
      </w:pPr>
      <w:r w:rsidRPr="00D462F0">
        <w:rPr>
          <w:rFonts w:ascii="Arial CE" w:hAnsi="Arial CE" w:cs="Arial Narrow CE"/>
          <w:color w:val="auto"/>
          <w:lang w:val="sk-SK"/>
        </w:rPr>
        <w:t>Záver</w:t>
      </w:r>
    </w:p>
    <w:p w:rsidR="00497193" w:rsidRPr="00D462F0" w:rsidRDefault="000B143E" w:rsidP="00B732A6">
      <w:pPr>
        <w:spacing w:line="240" w:lineRule="auto"/>
        <w:rPr>
          <w:rFonts w:ascii="Arial CE" w:hAnsi="Arial CE" w:cs="Arial Narrow CE"/>
          <w:lang w:val="sk-SK"/>
        </w:rPr>
      </w:pPr>
      <w:r w:rsidRPr="00D462F0">
        <w:rPr>
          <w:rFonts w:ascii="Arial CE" w:hAnsi="Arial CE" w:cs="Arial Narrow CE"/>
          <w:lang w:val="sk-SK"/>
        </w:rPr>
        <w:t>História kaderníctva je dôkazom toho, že krása a starostlivosť o seba sú univerzálnou ľudsko</w:t>
      </w:r>
      <w:r w:rsidRPr="00D462F0">
        <w:rPr>
          <w:rFonts w:ascii="Arial CE" w:hAnsi="Arial CE" w:cs="Arial Narrow CE"/>
          <w:lang w:val="sk-SK"/>
        </w:rPr>
        <w:t>u potrebou. Od primitívnych hrebeňov z kameňa až po inteligentné fény a ekologické farby prešla táto profesia neuveriteľným vývojom. Kaderníctvo dnes spája tradíciu, umenie a vedu – a zostáva dôležitou súčasťou každodenného života.</w:t>
      </w:r>
    </w:p>
    <w:p w:rsidR="00D462F0" w:rsidRPr="00D462F0" w:rsidRDefault="00D462F0" w:rsidP="00B732A6">
      <w:pPr>
        <w:spacing w:line="240" w:lineRule="auto"/>
        <w:rPr>
          <w:rFonts w:ascii="Arial CE" w:hAnsi="Arial CE" w:cs="Arial Narrow CE"/>
          <w:lang w:val="sk-SK"/>
        </w:rPr>
      </w:pPr>
      <w:r w:rsidRPr="00D462F0">
        <w:rPr>
          <w:lang w:val="sk-SK"/>
        </w:rPr>
        <w:t xml:space="preserve">Trendy sa menia, ale základ zostáva: </w:t>
      </w:r>
      <w:r w:rsidRPr="00D462F0">
        <w:rPr>
          <w:rStyle w:val="Siln"/>
          <w:lang w:val="sk-SK"/>
        </w:rPr>
        <w:t>vlasy sú vyjadrením osobnosti, štýlu a duševnej pohody človeka</w:t>
      </w:r>
      <w:r w:rsidRPr="00D462F0">
        <w:rPr>
          <w:lang w:val="sk-SK"/>
        </w:rPr>
        <w:t>.</w:t>
      </w:r>
      <w:r w:rsidRPr="00D462F0">
        <w:rPr>
          <w:lang w:val="sk-SK"/>
        </w:rPr>
        <w:br/>
        <w:t xml:space="preserve">Moderný kaderník musí byť odborník, </w:t>
      </w:r>
      <w:proofErr w:type="spellStart"/>
      <w:r w:rsidRPr="00D462F0">
        <w:rPr>
          <w:lang w:val="sk-SK"/>
        </w:rPr>
        <w:t>inovátor</w:t>
      </w:r>
      <w:proofErr w:type="spellEnd"/>
      <w:r w:rsidRPr="00D462F0">
        <w:rPr>
          <w:lang w:val="sk-SK"/>
        </w:rPr>
        <w:t xml:space="preserve"> aj tvorivý umelec – niekto, kto dokáže premeniť vlasy na živé umelecké dielo, a pritom chrániť ich zdravie i krásu.</w:t>
      </w:r>
    </w:p>
    <w:sectPr w:rsidR="00D462F0" w:rsidRPr="00D462F0"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CE">
    <w:panose1 w:val="020B0604020202020204"/>
    <w:charset w:val="EE"/>
    <w:family w:val="swiss"/>
    <w:pitch w:val="variable"/>
    <w:sig w:usb0="00000005" w:usb1="00000000" w:usb2="00000000" w:usb3="00000000" w:csb0="00000002" w:csb1="00000000"/>
  </w:font>
  <w:font w:name="Arial Narrow CE">
    <w:panose1 w:val="020B0506020202030204"/>
    <w:charset w:val="EE"/>
    <w:family w:val="swiss"/>
    <w:pitch w:val="variable"/>
    <w:sig w:usb0="00000005" w:usb1="0000FFFF" w:usb2="FFC00000" w:usb3="00000000" w:csb0="00000002"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slovanzoznam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slovanzoznam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Zoznamsodrka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Zoznamsodrka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slovanzoznam"/>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Zoznamsodrkami"/>
      <w:lvlText w:val=""/>
      <w:lvlJc w:val="left"/>
      <w:pPr>
        <w:tabs>
          <w:tab w:val="num" w:pos="360"/>
        </w:tabs>
        <w:ind w:left="360" w:hanging="360"/>
      </w:pPr>
      <w:rPr>
        <w:rFonts w:ascii="Symbol" w:hAnsi="Symbol" w:hint="default"/>
      </w:rPr>
    </w:lvl>
  </w:abstractNum>
  <w:abstractNum w:abstractNumId="9" w15:restartNumberingAfterBreak="0">
    <w:nsid w:val="07126D74"/>
    <w:multiLevelType w:val="multilevel"/>
    <w:tmpl w:val="7A8E0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D915A14"/>
    <w:multiLevelType w:val="multilevel"/>
    <w:tmpl w:val="E7064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22574A"/>
    <w:multiLevelType w:val="multilevel"/>
    <w:tmpl w:val="15189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1"/>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0A77A1"/>
    <w:rsid w:val="000B143E"/>
    <w:rsid w:val="0015074B"/>
    <w:rsid w:val="0029639D"/>
    <w:rsid w:val="00326F90"/>
    <w:rsid w:val="003744AF"/>
    <w:rsid w:val="00383301"/>
    <w:rsid w:val="003E5BC6"/>
    <w:rsid w:val="00497193"/>
    <w:rsid w:val="008A7C12"/>
    <w:rsid w:val="00AA1D8D"/>
    <w:rsid w:val="00B47730"/>
    <w:rsid w:val="00B732A6"/>
    <w:rsid w:val="00CB0664"/>
    <w:rsid w:val="00D462F0"/>
    <w:rsid w:val="00DB6C71"/>
    <w:rsid w:val="00F2032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61FBFC"/>
  <w14:defaultImageDpi w14:val="300"/>
  <w15:docId w15:val="{DD910E7E-CCA4-4A56-88C5-70D12B94F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C693F"/>
  </w:style>
  <w:style w:type="paragraph" w:styleId="Nadpis1">
    <w:name w:val="heading 1"/>
    <w:basedOn w:val="Normlny"/>
    <w:next w:val="Normlny"/>
    <w:link w:val="Nadpis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y"/>
    <w:next w:val="Normlny"/>
    <w:link w:val="Nadpis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Nadpis6">
    <w:name w:val="heading 6"/>
    <w:basedOn w:val="Normlny"/>
    <w:next w:val="Normlny"/>
    <w:link w:val="Nadpis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Nadpis7">
    <w:name w:val="heading 7"/>
    <w:basedOn w:val="Normlny"/>
    <w:next w:val="Normlny"/>
    <w:link w:val="Nadpis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Nadpis8">
    <w:name w:val="heading 8"/>
    <w:basedOn w:val="Normlny"/>
    <w:next w:val="Normlny"/>
    <w:link w:val="Nadpis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Nadpis9">
    <w:name w:val="heading 9"/>
    <w:basedOn w:val="Normlny"/>
    <w:next w:val="Normlny"/>
    <w:link w:val="Nadpis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E618BF"/>
    <w:pPr>
      <w:tabs>
        <w:tab w:val="center" w:pos="4680"/>
        <w:tab w:val="right" w:pos="9360"/>
      </w:tabs>
      <w:spacing w:after="0" w:line="240" w:lineRule="auto"/>
    </w:pPr>
  </w:style>
  <w:style w:type="character" w:customStyle="1" w:styleId="HlavikaChar">
    <w:name w:val="Hlavička Char"/>
    <w:basedOn w:val="Predvolenpsmoodseku"/>
    <w:link w:val="Hlavika"/>
    <w:uiPriority w:val="99"/>
    <w:rsid w:val="00E618BF"/>
  </w:style>
  <w:style w:type="paragraph" w:styleId="Pta">
    <w:name w:val="footer"/>
    <w:basedOn w:val="Normlny"/>
    <w:link w:val="PtaChar"/>
    <w:uiPriority w:val="99"/>
    <w:unhideWhenUsed/>
    <w:rsid w:val="00E618BF"/>
    <w:pPr>
      <w:tabs>
        <w:tab w:val="center" w:pos="4680"/>
        <w:tab w:val="right" w:pos="9360"/>
      </w:tabs>
      <w:spacing w:after="0" w:line="240" w:lineRule="auto"/>
    </w:pPr>
  </w:style>
  <w:style w:type="character" w:customStyle="1" w:styleId="PtaChar">
    <w:name w:val="Päta Char"/>
    <w:basedOn w:val="Predvolenpsmoodseku"/>
    <w:link w:val="Pta"/>
    <w:uiPriority w:val="99"/>
    <w:rsid w:val="00E618BF"/>
  </w:style>
  <w:style w:type="paragraph" w:styleId="Bezriadkovania">
    <w:name w:val="No Spacing"/>
    <w:uiPriority w:val="1"/>
    <w:qFormat/>
    <w:rsid w:val="00FC693F"/>
    <w:pPr>
      <w:spacing w:after="0" w:line="240" w:lineRule="auto"/>
    </w:pPr>
  </w:style>
  <w:style w:type="character" w:customStyle="1" w:styleId="Nadpis1Char">
    <w:name w:val="Nadpis 1 Char"/>
    <w:basedOn w:val="Predvolenpsmoodseku"/>
    <w:link w:val="Nadpis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rsid w:val="00FC693F"/>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rsid w:val="00FC693F"/>
    <w:rPr>
      <w:rFonts w:asciiTheme="majorHAnsi" w:eastAsiaTheme="majorEastAsia" w:hAnsiTheme="majorHAnsi" w:cstheme="majorBidi"/>
      <w:b/>
      <w:bCs/>
      <w:color w:val="4F81BD" w:themeColor="accent1"/>
    </w:rPr>
  </w:style>
  <w:style w:type="paragraph" w:styleId="Nzov">
    <w:name w:val="Title"/>
    <w:basedOn w:val="Normlny"/>
    <w:next w:val="Normlny"/>
    <w:link w:val="Nzov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NzovChar">
    <w:name w:val="Názov Char"/>
    <w:basedOn w:val="Predvolenpsmoodseku"/>
    <w:link w:val="Nzov"/>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Podtitul">
    <w:name w:val="Subtitle"/>
    <w:basedOn w:val="Normlny"/>
    <w:next w:val="Normlny"/>
    <w:link w:val="Podtitul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PodtitulChar">
    <w:name w:val="Podtitul Char"/>
    <w:basedOn w:val="Predvolenpsmoodseku"/>
    <w:link w:val="Podtitul"/>
    <w:uiPriority w:val="11"/>
    <w:rsid w:val="00FC693F"/>
    <w:rPr>
      <w:rFonts w:asciiTheme="majorHAnsi" w:eastAsiaTheme="majorEastAsia" w:hAnsiTheme="majorHAnsi" w:cstheme="majorBidi"/>
      <w:i/>
      <w:iCs/>
      <w:color w:val="4F81BD" w:themeColor="accent1"/>
      <w:spacing w:val="15"/>
      <w:sz w:val="24"/>
      <w:szCs w:val="24"/>
    </w:rPr>
  </w:style>
  <w:style w:type="paragraph" w:styleId="Odsekzoznamu">
    <w:name w:val="List Paragraph"/>
    <w:basedOn w:val="Normlny"/>
    <w:uiPriority w:val="34"/>
    <w:qFormat/>
    <w:rsid w:val="00FC693F"/>
    <w:pPr>
      <w:ind w:left="720"/>
      <w:contextualSpacing/>
    </w:pPr>
  </w:style>
  <w:style w:type="paragraph" w:styleId="Zkladntext">
    <w:name w:val="Body Text"/>
    <w:basedOn w:val="Normlny"/>
    <w:link w:val="ZkladntextChar"/>
    <w:uiPriority w:val="99"/>
    <w:unhideWhenUsed/>
    <w:rsid w:val="00AA1D8D"/>
    <w:pPr>
      <w:spacing w:after="120"/>
    </w:pPr>
  </w:style>
  <w:style w:type="character" w:customStyle="1" w:styleId="ZkladntextChar">
    <w:name w:val="Základný text Char"/>
    <w:basedOn w:val="Predvolenpsmoodseku"/>
    <w:link w:val="Zkladntext"/>
    <w:uiPriority w:val="99"/>
    <w:rsid w:val="00AA1D8D"/>
  </w:style>
  <w:style w:type="paragraph" w:styleId="Zkladntext2">
    <w:name w:val="Body Text 2"/>
    <w:basedOn w:val="Normlny"/>
    <w:link w:val="Zkladntext2Char"/>
    <w:uiPriority w:val="99"/>
    <w:unhideWhenUsed/>
    <w:rsid w:val="00AA1D8D"/>
    <w:pPr>
      <w:spacing w:after="120" w:line="480" w:lineRule="auto"/>
    </w:pPr>
  </w:style>
  <w:style w:type="character" w:customStyle="1" w:styleId="Zkladntext2Char">
    <w:name w:val="Základný text 2 Char"/>
    <w:basedOn w:val="Predvolenpsmoodseku"/>
    <w:link w:val="Zkladntext2"/>
    <w:uiPriority w:val="99"/>
    <w:rsid w:val="00AA1D8D"/>
  </w:style>
  <w:style w:type="paragraph" w:styleId="Zkladntext3">
    <w:name w:val="Body Text 3"/>
    <w:basedOn w:val="Normlny"/>
    <w:link w:val="Zkladntext3Char"/>
    <w:uiPriority w:val="99"/>
    <w:unhideWhenUsed/>
    <w:rsid w:val="00AA1D8D"/>
    <w:pPr>
      <w:spacing w:after="120"/>
    </w:pPr>
    <w:rPr>
      <w:sz w:val="16"/>
      <w:szCs w:val="16"/>
    </w:rPr>
  </w:style>
  <w:style w:type="character" w:customStyle="1" w:styleId="Zkladntext3Char">
    <w:name w:val="Základný text 3 Char"/>
    <w:basedOn w:val="Predvolenpsmoodseku"/>
    <w:link w:val="Zkladntext3"/>
    <w:uiPriority w:val="99"/>
    <w:rsid w:val="00AA1D8D"/>
    <w:rPr>
      <w:sz w:val="16"/>
      <w:szCs w:val="16"/>
    </w:rPr>
  </w:style>
  <w:style w:type="paragraph" w:styleId="Zoznam">
    <w:name w:val="List"/>
    <w:basedOn w:val="Normlny"/>
    <w:uiPriority w:val="99"/>
    <w:unhideWhenUsed/>
    <w:rsid w:val="00AA1D8D"/>
    <w:pPr>
      <w:ind w:left="360" w:hanging="360"/>
      <w:contextualSpacing/>
    </w:pPr>
  </w:style>
  <w:style w:type="paragraph" w:styleId="Zoznam2">
    <w:name w:val="List 2"/>
    <w:basedOn w:val="Normlny"/>
    <w:uiPriority w:val="99"/>
    <w:unhideWhenUsed/>
    <w:rsid w:val="00326F90"/>
    <w:pPr>
      <w:ind w:left="720" w:hanging="360"/>
      <w:contextualSpacing/>
    </w:pPr>
  </w:style>
  <w:style w:type="paragraph" w:styleId="Zoznam3">
    <w:name w:val="List 3"/>
    <w:basedOn w:val="Normlny"/>
    <w:uiPriority w:val="99"/>
    <w:unhideWhenUsed/>
    <w:rsid w:val="00326F90"/>
    <w:pPr>
      <w:ind w:left="1080" w:hanging="360"/>
      <w:contextualSpacing/>
    </w:pPr>
  </w:style>
  <w:style w:type="paragraph" w:styleId="Zoznamsodrkami">
    <w:name w:val="List Bullet"/>
    <w:basedOn w:val="Normlny"/>
    <w:uiPriority w:val="99"/>
    <w:unhideWhenUsed/>
    <w:rsid w:val="00326F90"/>
    <w:pPr>
      <w:numPr>
        <w:numId w:val="1"/>
      </w:numPr>
      <w:contextualSpacing/>
    </w:pPr>
  </w:style>
  <w:style w:type="paragraph" w:styleId="Zoznamsodrkami2">
    <w:name w:val="List Bullet 2"/>
    <w:basedOn w:val="Normlny"/>
    <w:uiPriority w:val="99"/>
    <w:unhideWhenUsed/>
    <w:rsid w:val="00326F90"/>
    <w:pPr>
      <w:numPr>
        <w:numId w:val="2"/>
      </w:numPr>
      <w:contextualSpacing/>
    </w:pPr>
  </w:style>
  <w:style w:type="paragraph" w:styleId="Zoznamsodrkami3">
    <w:name w:val="List Bullet 3"/>
    <w:basedOn w:val="Normlny"/>
    <w:uiPriority w:val="99"/>
    <w:unhideWhenUsed/>
    <w:rsid w:val="00326F90"/>
    <w:pPr>
      <w:numPr>
        <w:numId w:val="3"/>
      </w:numPr>
      <w:contextualSpacing/>
    </w:pPr>
  </w:style>
  <w:style w:type="paragraph" w:styleId="slovanzoznam">
    <w:name w:val="List Number"/>
    <w:basedOn w:val="Normlny"/>
    <w:uiPriority w:val="99"/>
    <w:unhideWhenUsed/>
    <w:rsid w:val="00326F90"/>
    <w:pPr>
      <w:numPr>
        <w:numId w:val="5"/>
      </w:numPr>
      <w:contextualSpacing/>
    </w:pPr>
  </w:style>
  <w:style w:type="paragraph" w:styleId="slovanzoznam2">
    <w:name w:val="List Number 2"/>
    <w:basedOn w:val="Normlny"/>
    <w:uiPriority w:val="99"/>
    <w:unhideWhenUsed/>
    <w:rsid w:val="0029639D"/>
    <w:pPr>
      <w:numPr>
        <w:numId w:val="6"/>
      </w:numPr>
      <w:contextualSpacing/>
    </w:pPr>
  </w:style>
  <w:style w:type="paragraph" w:styleId="slovanzoznam3">
    <w:name w:val="List Number 3"/>
    <w:basedOn w:val="Normlny"/>
    <w:uiPriority w:val="99"/>
    <w:unhideWhenUsed/>
    <w:rsid w:val="0029639D"/>
    <w:pPr>
      <w:numPr>
        <w:numId w:val="7"/>
      </w:numPr>
      <w:contextualSpacing/>
    </w:pPr>
  </w:style>
  <w:style w:type="paragraph" w:styleId="Pokraovaniezoznamu">
    <w:name w:val="List Continue"/>
    <w:basedOn w:val="Normlny"/>
    <w:uiPriority w:val="99"/>
    <w:unhideWhenUsed/>
    <w:rsid w:val="0029639D"/>
    <w:pPr>
      <w:spacing w:after="120"/>
      <w:ind w:left="360"/>
      <w:contextualSpacing/>
    </w:pPr>
  </w:style>
  <w:style w:type="paragraph" w:styleId="Pokraovaniezoznamu2">
    <w:name w:val="List Continue 2"/>
    <w:basedOn w:val="Normlny"/>
    <w:uiPriority w:val="99"/>
    <w:unhideWhenUsed/>
    <w:rsid w:val="0029639D"/>
    <w:pPr>
      <w:spacing w:after="120"/>
      <w:ind w:left="720"/>
      <w:contextualSpacing/>
    </w:pPr>
  </w:style>
  <w:style w:type="paragraph" w:styleId="Pokraovaniezoznamu3">
    <w:name w:val="List Continue 3"/>
    <w:basedOn w:val="Normlny"/>
    <w:uiPriority w:val="99"/>
    <w:unhideWhenUsed/>
    <w:rsid w:val="0029639D"/>
    <w:pPr>
      <w:spacing w:after="120"/>
      <w:ind w:left="1080"/>
      <w:contextualSpacing/>
    </w:pPr>
  </w:style>
  <w:style w:type="paragraph" w:styleId="Textmakra">
    <w:name w:val="macro"/>
    <w:link w:val="Textmakra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makraChar">
    <w:name w:val="Text makra Char"/>
    <w:basedOn w:val="Predvolenpsmoodseku"/>
    <w:link w:val="Textmakra"/>
    <w:uiPriority w:val="99"/>
    <w:rsid w:val="0029639D"/>
    <w:rPr>
      <w:rFonts w:ascii="Courier" w:hAnsi="Courier"/>
      <w:sz w:val="20"/>
      <w:szCs w:val="20"/>
    </w:rPr>
  </w:style>
  <w:style w:type="paragraph" w:styleId="Citcia">
    <w:name w:val="Quote"/>
    <w:basedOn w:val="Normlny"/>
    <w:next w:val="Normlny"/>
    <w:link w:val="CitciaChar"/>
    <w:uiPriority w:val="29"/>
    <w:qFormat/>
    <w:rsid w:val="00FC693F"/>
    <w:rPr>
      <w:i/>
      <w:iCs/>
      <w:color w:val="000000" w:themeColor="text1"/>
    </w:rPr>
  </w:style>
  <w:style w:type="character" w:customStyle="1" w:styleId="CitciaChar">
    <w:name w:val="Citácia Char"/>
    <w:basedOn w:val="Predvolenpsmoodseku"/>
    <w:link w:val="Citcia"/>
    <w:uiPriority w:val="29"/>
    <w:rsid w:val="00FC693F"/>
    <w:rPr>
      <w:i/>
      <w:iCs/>
      <w:color w:val="000000" w:themeColor="text1"/>
    </w:rPr>
  </w:style>
  <w:style w:type="character" w:customStyle="1" w:styleId="Nadpis4Char">
    <w:name w:val="Nadpis 4 Char"/>
    <w:basedOn w:val="Predvolenpsmoodseku"/>
    <w:link w:val="Nadpis4"/>
    <w:uiPriority w:val="9"/>
    <w:semiHidden/>
    <w:rsid w:val="00FC693F"/>
    <w:rPr>
      <w:rFonts w:asciiTheme="majorHAnsi" w:eastAsiaTheme="majorEastAsia" w:hAnsiTheme="majorHAnsi" w:cstheme="majorBidi"/>
      <w:b/>
      <w:bCs/>
      <w:i/>
      <w:iCs/>
      <w:color w:val="4F81BD" w:themeColor="accent1"/>
    </w:rPr>
  </w:style>
  <w:style w:type="character" w:customStyle="1" w:styleId="Nadpis5Char">
    <w:name w:val="Nadpis 5 Char"/>
    <w:basedOn w:val="Predvolenpsmoodseku"/>
    <w:link w:val="Nadpis5"/>
    <w:uiPriority w:val="9"/>
    <w:semiHidden/>
    <w:rsid w:val="00FC693F"/>
    <w:rPr>
      <w:rFonts w:asciiTheme="majorHAnsi" w:eastAsiaTheme="majorEastAsia" w:hAnsiTheme="majorHAnsi" w:cstheme="majorBidi"/>
      <w:color w:val="243F60" w:themeColor="accent1" w:themeShade="7F"/>
    </w:rPr>
  </w:style>
  <w:style w:type="character" w:customStyle="1" w:styleId="Nadpis6Char">
    <w:name w:val="Nadpis 6 Char"/>
    <w:basedOn w:val="Predvolenpsmoodseku"/>
    <w:link w:val="Nadpis6"/>
    <w:uiPriority w:val="9"/>
    <w:semiHidden/>
    <w:rsid w:val="00FC693F"/>
    <w:rPr>
      <w:rFonts w:asciiTheme="majorHAnsi" w:eastAsiaTheme="majorEastAsia" w:hAnsiTheme="majorHAnsi" w:cstheme="majorBidi"/>
      <w:i/>
      <w:iCs/>
      <w:color w:val="243F60" w:themeColor="accent1" w:themeShade="7F"/>
    </w:rPr>
  </w:style>
  <w:style w:type="character" w:customStyle="1" w:styleId="Nadpis7Char">
    <w:name w:val="Nadpis 7 Char"/>
    <w:basedOn w:val="Predvolenpsmoodseku"/>
    <w:link w:val="Nadpis7"/>
    <w:uiPriority w:val="9"/>
    <w:semiHidden/>
    <w:rsid w:val="00FC693F"/>
    <w:rPr>
      <w:rFonts w:asciiTheme="majorHAnsi" w:eastAsiaTheme="majorEastAsia" w:hAnsiTheme="majorHAnsi" w:cstheme="majorBidi"/>
      <w:i/>
      <w:iCs/>
      <w:color w:val="404040" w:themeColor="text1" w:themeTint="BF"/>
    </w:rPr>
  </w:style>
  <w:style w:type="character" w:customStyle="1" w:styleId="Nadpis8Char">
    <w:name w:val="Nadpis 8 Char"/>
    <w:basedOn w:val="Predvolenpsmoodseku"/>
    <w:link w:val="Nadpis8"/>
    <w:uiPriority w:val="9"/>
    <w:semiHidden/>
    <w:rsid w:val="00FC693F"/>
    <w:rPr>
      <w:rFonts w:asciiTheme="majorHAnsi" w:eastAsiaTheme="majorEastAsia" w:hAnsiTheme="majorHAnsi" w:cstheme="majorBidi"/>
      <w:color w:val="4F81BD" w:themeColor="accent1"/>
      <w:sz w:val="20"/>
      <w:szCs w:val="20"/>
    </w:rPr>
  </w:style>
  <w:style w:type="character" w:customStyle="1" w:styleId="Nadpis9Char">
    <w:name w:val="Nadpis 9 Char"/>
    <w:basedOn w:val="Predvolenpsmoodseku"/>
    <w:link w:val="Nadpis9"/>
    <w:uiPriority w:val="9"/>
    <w:semiHidden/>
    <w:rsid w:val="00FC693F"/>
    <w:rPr>
      <w:rFonts w:asciiTheme="majorHAnsi" w:eastAsiaTheme="majorEastAsia" w:hAnsiTheme="majorHAnsi" w:cstheme="majorBidi"/>
      <w:i/>
      <w:iCs/>
      <w:color w:val="404040" w:themeColor="text1" w:themeTint="BF"/>
      <w:sz w:val="20"/>
      <w:szCs w:val="20"/>
    </w:rPr>
  </w:style>
  <w:style w:type="paragraph" w:styleId="Popis">
    <w:name w:val="caption"/>
    <w:basedOn w:val="Normlny"/>
    <w:next w:val="Normlny"/>
    <w:uiPriority w:val="35"/>
    <w:semiHidden/>
    <w:unhideWhenUsed/>
    <w:qFormat/>
    <w:rsid w:val="00FC693F"/>
    <w:pPr>
      <w:spacing w:line="240" w:lineRule="auto"/>
    </w:pPr>
    <w:rPr>
      <w:b/>
      <w:bCs/>
      <w:color w:val="4F81BD" w:themeColor="accent1"/>
      <w:sz w:val="18"/>
      <w:szCs w:val="18"/>
    </w:rPr>
  </w:style>
  <w:style w:type="character" w:styleId="Siln">
    <w:name w:val="Strong"/>
    <w:basedOn w:val="Predvolenpsmoodseku"/>
    <w:uiPriority w:val="22"/>
    <w:qFormat/>
    <w:rsid w:val="00FC693F"/>
    <w:rPr>
      <w:b/>
      <w:bCs/>
    </w:rPr>
  </w:style>
  <w:style w:type="character" w:styleId="Zvraznenie">
    <w:name w:val="Emphasis"/>
    <w:basedOn w:val="Predvolenpsmoodseku"/>
    <w:uiPriority w:val="20"/>
    <w:qFormat/>
    <w:rsid w:val="00FC693F"/>
    <w:rPr>
      <w:i/>
      <w:iCs/>
    </w:rPr>
  </w:style>
  <w:style w:type="paragraph" w:styleId="Zvraznencitcia">
    <w:name w:val="Intense Quote"/>
    <w:basedOn w:val="Normlny"/>
    <w:next w:val="Normlny"/>
    <w:link w:val="Zvraznencitci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FC693F"/>
    <w:rPr>
      <w:b/>
      <w:bCs/>
      <w:i/>
      <w:iCs/>
      <w:color w:val="4F81BD" w:themeColor="accent1"/>
    </w:rPr>
  </w:style>
  <w:style w:type="character" w:styleId="Jemnzvraznenie">
    <w:name w:val="Subtle Emphasis"/>
    <w:basedOn w:val="Predvolenpsmoodseku"/>
    <w:uiPriority w:val="19"/>
    <w:qFormat/>
    <w:rsid w:val="00FC693F"/>
    <w:rPr>
      <w:i/>
      <w:iCs/>
      <w:color w:val="808080" w:themeColor="text1" w:themeTint="7F"/>
    </w:rPr>
  </w:style>
  <w:style w:type="character" w:styleId="Intenzvnezvraznenie">
    <w:name w:val="Intense Emphasis"/>
    <w:basedOn w:val="Predvolenpsmoodseku"/>
    <w:uiPriority w:val="21"/>
    <w:qFormat/>
    <w:rsid w:val="00FC693F"/>
    <w:rPr>
      <w:b/>
      <w:bCs/>
      <w:i/>
      <w:iCs/>
      <w:color w:val="4F81BD" w:themeColor="accent1"/>
    </w:rPr>
  </w:style>
  <w:style w:type="character" w:styleId="Jemnodkaz">
    <w:name w:val="Subtle Reference"/>
    <w:basedOn w:val="Predvolenpsmoodseku"/>
    <w:uiPriority w:val="31"/>
    <w:qFormat/>
    <w:rsid w:val="00FC693F"/>
    <w:rPr>
      <w:smallCaps/>
      <w:color w:val="C0504D" w:themeColor="accent2"/>
      <w:u w:val="single"/>
    </w:rPr>
  </w:style>
  <w:style w:type="character" w:styleId="Intenzvnyodkaz">
    <w:name w:val="Intense Reference"/>
    <w:basedOn w:val="Predvolenpsmoodseku"/>
    <w:uiPriority w:val="32"/>
    <w:qFormat/>
    <w:rsid w:val="00FC693F"/>
    <w:rPr>
      <w:b/>
      <w:bCs/>
      <w:smallCaps/>
      <w:color w:val="C0504D" w:themeColor="accent2"/>
      <w:spacing w:val="5"/>
      <w:u w:val="single"/>
    </w:rPr>
  </w:style>
  <w:style w:type="character" w:styleId="Nzovknihy">
    <w:name w:val="Book Title"/>
    <w:basedOn w:val="Predvolenpsmoodseku"/>
    <w:uiPriority w:val="33"/>
    <w:qFormat/>
    <w:rsid w:val="00FC693F"/>
    <w:rPr>
      <w:b/>
      <w:bCs/>
      <w:smallCaps/>
      <w:spacing w:val="5"/>
    </w:rPr>
  </w:style>
  <w:style w:type="paragraph" w:styleId="Hlavikaobsahu">
    <w:name w:val="TOC Heading"/>
    <w:basedOn w:val="Nadpis1"/>
    <w:next w:val="Normlny"/>
    <w:uiPriority w:val="39"/>
    <w:semiHidden/>
    <w:unhideWhenUsed/>
    <w:qFormat/>
    <w:rsid w:val="00FC693F"/>
    <w:pPr>
      <w:outlineLvl w:val="9"/>
    </w:pPr>
  </w:style>
  <w:style w:type="table" w:styleId="Mriekatabuky">
    <w:name w:val="Table Grid"/>
    <w:basedOn w:val="Normlnatabuka"/>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etlpodfarbenie">
    <w:name w:val="Light Shading"/>
    <w:basedOn w:val="Normlnatabuka"/>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podfarbeniezvraznenie1">
    <w:name w:val="Light Shading Accent 1"/>
    <w:basedOn w:val="Normlnatabuka"/>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vetlpodfarbeniezvraznenie2">
    <w:name w:val="Light Shading Accent 2"/>
    <w:basedOn w:val="Normlnatabuka"/>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vetlpodfarbeniezvraznenie3">
    <w:name w:val="Light Shading Accent 3"/>
    <w:basedOn w:val="Normlnatabuka"/>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vetlpodfarbeniezvraznenie4">
    <w:name w:val="Light Shading Accent 4"/>
    <w:basedOn w:val="Normlnatabuka"/>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vetlpodfarbeniezvraznenie5">
    <w:name w:val="Light Shading Accent 5"/>
    <w:basedOn w:val="Normlnatabuka"/>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vetlpodfarbeniezvraznenie6">
    <w:name w:val="Light Shading Accent 6"/>
    <w:basedOn w:val="Normlnatabuka"/>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Svetlzoznam">
    <w:name w:val="Light List"/>
    <w:basedOn w:val="Normlnatabuka"/>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lzoznamzvraznenie1">
    <w:name w:val="Light List Accent 1"/>
    <w:basedOn w:val="Normlnatabuka"/>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Svetlzoznamzvraznenie2">
    <w:name w:val="Light List Accent 2"/>
    <w:basedOn w:val="Normlnatabuka"/>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Svetlzoznamzvraznenie3">
    <w:name w:val="Light List Accent 3"/>
    <w:basedOn w:val="Normlnatabuka"/>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vetlzoznamzvraznenie4">
    <w:name w:val="Light List Accent 4"/>
    <w:basedOn w:val="Normlnatabuka"/>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Svetlzoznamzvraznenie5">
    <w:name w:val="Light List Accent 5"/>
    <w:basedOn w:val="Normlnatabuka"/>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Svetlzoznamzvraznenie6">
    <w:name w:val="Light List Accent 6"/>
    <w:basedOn w:val="Normlnatabuka"/>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Svetlmrieka">
    <w:name w:val="Light Grid"/>
    <w:basedOn w:val="Normlnatabuka"/>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mriekazvraznenie1">
    <w:name w:val="Light Grid Accent 1"/>
    <w:basedOn w:val="Normlnatabuka"/>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Svetlmriekazvraznenie2">
    <w:name w:val="Light Grid Accent 2"/>
    <w:basedOn w:val="Normlnatabuka"/>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Svetlmriekazvraznenie3">
    <w:name w:val="Light Grid Accent 3"/>
    <w:basedOn w:val="Normlnatabuka"/>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Svetlmriekazvraznenie4">
    <w:name w:val="Light Grid Accent 4"/>
    <w:basedOn w:val="Normlnatabuka"/>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Svetlmriekazvraznenie5">
    <w:name w:val="Light Grid Accent 5"/>
    <w:basedOn w:val="Normlnatabuka"/>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Svetlmriekazvraznenie6">
    <w:name w:val="Light Grid Accent 6"/>
    <w:basedOn w:val="Normlnatabuka"/>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trednpodfarbenie1">
    <w:name w:val="Medium Shading 1"/>
    <w:basedOn w:val="Normlnatabuka"/>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trednpodfarbenie1zvraznenie1">
    <w:name w:val="Medium Shading 1 Accent 1"/>
    <w:basedOn w:val="Normlnatabuka"/>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trednpodfarbenie1zvraznenie2">
    <w:name w:val="Medium Shading 1 Accent 2"/>
    <w:basedOn w:val="Normlnatabuka"/>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trednpodfarbenie1zvraznenie3">
    <w:name w:val="Medium Shading 1 Accent 3"/>
    <w:basedOn w:val="Normlnatabuka"/>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trednpodfarbenie1zvraznenie4">
    <w:name w:val="Medium Shading 1 Accent 4"/>
    <w:basedOn w:val="Normlnatabuka"/>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trednpodfarbenie1zvraznenie5">
    <w:name w:val="Medium Shading 1 Accent 5"/>
    <w:basedOn w:val="Normlnatabuka"/>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Farebnpodfarbenie1zvraznenie6">
    <w:name w:val="Medium Shading 1 Accent 6"/>
    <w:basedOn w:val="Normlnatabuka"/>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trednpodfarbenie2">
    <w:name w:val="Medium Shading 2"/>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1">
    <w:name w:val="Medium Shading 2 Accent 1"/>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2">
    <w:name w:val="Medium Shading 2 Accent 2"/>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3">
    <w:name w:val="Medium Shading 2 Accent 3"/>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4">
    <w:name w:val="Medium Shading 2 Accent 4"/>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podfarbenie2zvraznenie5">
    <w:name w:val="Medium Shading 2 Accent 5"/>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Farebnpodfarbenie2zvraznenie6">
    <w:name w:val="Medium Shading 2 Accent 6"/>
    <w:basedOn w:val="Normlnatabuka"/>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trednzoznam1">
    <w:name w:val="Medium List 1"/>
    <w:basedOn w:val="Normlnatabuka"/>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trednzoznam1zvraznenie1">
    <w:name w:val="Medium List 1 Accent 1"/>
    <w:basedOn w:val="Normlnatabuka"/>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Strednzoznam1zvraznenie2">
    <w:name w:val="Medium List 1 Accent 2"/>
    <w:basedOn w:val="Normlnatabuka"/>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Strednzoznam1zvraznenie3">
    <w:name w:val="Medium List 1 Accent 3"/>
    <w:basedOn w:val="Normlnatabuka"/>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Strednzoznam1zvraznenie4">
    <w:name w:val="Medium List 1 Accent 4"/>
    <w:basedOn w:val="Normlnatabuka"/>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Strednzoznam1zvraznenie5">
    <w:name w:val="Medium List 1 Accent 5"/>
    <w:basedOn w:val="Normlnatabuka"/>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Strednzoznam1zvraznenie6">
    <w:name w:val="Medium List 1 Accent 6"/>
    <w:basedOn w:val="Normlnatabuka"/>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Strednzoznam2">
    <w:name w:val="Medium List 2"/>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1">
    <w:name w:val="Medium List 2 Accent 1"/>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2">
    <w:name w:val="Medium List 2 Accent 2"/>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3">
    <w:name w:val="Medium List 2 Accent 3"/>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4">
    <w:name w:val="Medium List 2 Accent 4"/>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5">
    <w:name w:val="Medium List 2 Accent 5"/>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zoznam2zvraznenie6">
    <w:name w:val="Medium List 2 Accent 6"/>
    <w:basedOn w:val="Normlnatabuka"/>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trednmrieka1">
    <w:name w:val="Medium Grid 1"/>
    <w:basedOn w:val="Normlnatabuka"/>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trednmrieka1zvraznenie1">
    <w:name w:val="Medium Grid 1 Accent 1"/>
    <w:basedOn w:val="Normlnatabuka"/>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Strednmrieka1zvraznenie2">
    <w:name w:val="Medium Grid 1 Accent 2"/>
    <w:basedOn w:val="Normlnatabuka"/>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Strednmrieka1zvraznenie3">
    <w:name w:val="Medium Grid 1 Accent 3"/>
    <w:basedOn w:val="Normlnatabuka"/>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Strednmrieka1zvraznenie4">
    <w:name w:val="Medium Grid 1 Accent 4"/>
    <w:basedOn w:val="Normlnatabuka"/>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Strednmrieka1zvraznenie5">
    <w:name w:val="Medium Grid 1 Accent 5"/>
    <w:basedOn w:val="Normlnatabuka"/>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Strednmrieka1zvraznenie6">
    <w:name w:val="Medium Grid 1 Accent 6"/>
    <w:basedOn w:val="Normlnatabuka"/>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Strednmrieka2">
    <w:name w:val="Medium Grid 2"/>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Strednmrieka2zvraznenie1">
    <w:name w:val="Medium Grid 2 Accent 1"/>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Strednmrieka2zvraznenie2">
    <w:name w:val="Medium Grid 2 Accent 2"/>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Strednmrieka2zvraznenie3">
    <w:name w:val="Medium Grid 2 Accent 3"/>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Strednmrieka2zvraznenie4">
    <w:name w:val="Medium Grid 2 Accent 4"/>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Strednmrieka2zvraznenie5">
    <w:name w:val="Medium Grid 2 Accent 5"/>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Strednmrieka2zvraznenie6">
    <w:name w:val="Medium Grid 2 Accent 6"/>
    <w:basedOn w:val="Normlnatabuka"/>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Strednmrieka3">
    <w:name w:val="Medium Grid 3"/>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Strednmrieka3zvraznenie1">
    <w:name w:val="Medium Grid 3 Accent 1"/>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Strednmrieka3zvraznenie2">
    <w:name w:val="Medium Grid 3 Accent 2"/>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Strednmrieka3zvraznenie3">
    <w:name w:val="Medium Grid 3 Accent 3"/>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trednmrieka3zvraznenie4">
    <w:name w:val="Medium Grid 3 Accent 4"/>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Strednmrieka3zvraznenie5">
    <w:name w:val="Medium Grid 3 Accent 5"/>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Strednmrieka3zvraznenie6">
    <w:name w:val="Medium Grid 3 Accent 6"/>
    <w:basedOn w:val="Normlnatabuka"/>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Tmavzoznam">
    <w:name w:val="Dark List"/>
    <w:basedOn w:val="Normlnatabuka"/>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mavzoznamzvraznenie1">
    <w:name w:val="Dark List Accent 1"/>
    <w:basedOn w:val="Normlnatabuka"/>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Tmavzoznamzvraznenie2">
    <w:name w:val="Dark List Accent 2"/>
    <w:basedOn w:val="Normlnatabuka"/>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Tmavzoznamzvraznenie3">
    <w:name w:val="Dark List Accent 3"/>
    <w:basedOn w:val="Normlnatabuka"/>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Tmavzoznamzvraznenie4">
    <w:name w:val="Dark List Accent 4"/>
    <w:basedOn w:val="Normlnatabuka"/>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Tmavzoznamzvraznenie5">
    <w:name w:val="Dark List Accent 5"/>
    <w:basedOn w:val="Normlnatabuka"/>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Tmavzoznamzvraznenie6">
    <w:name w:val="Dark List Accent 6"/>
    <w:basedOn w:val="Normlnatabuka"/>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ebnpodfarbenie">
    <w:name w:val="Colorful Shading"/>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ebnpodfarbeniezvraznenie1">
    <w:name w:val="Colorful Shading Accent 1"/>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ebnpodfarbeniezvraznenie2">
    <w:name w:val="Colorful Shading Accent 2"/>
    <w:basedOn w:val="Normlnatabuka"/>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ebnpodfarbeniezvraznenie3">
    <w:name w:val="Colorful Shading Accent 3"/>
    <w:basedOn w:val="Normlnatabuka"/>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ebnpodfarbeniezvraznenie4">
    <w:name w:val="Colorful Shading Accent 4"/>
    <w:basedOn w:val="Normlnatabuka"/>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ebnpodfarbeniezvraznenie5">
    <w:name w:val="Colorful Shading Accent 5"/>
    <w:basedOn w:val="Normlnatabuka"/>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ebnpodfarbeniezvraznenie6">
    <w:name w:val="Colorful Shading Accent 6"/>
    <w:basedOn w:val="Normlnatabuka"/>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ebnzoznam">
    <w:name w:val="Colorful List"/>
    <w:basedOn w:val="Normlnatabuka"/>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ebnzoznamzvraznenie1">
    <w:name w:val="Colorful List Accent 1"/>
    <w:basedOn w:val="Normlnatabuka"/>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ebnzoznamzvraznenie2">
    <w:name w:val="Colorful List Accent 2"/>
    <w:basedOn w:val="Normlnatabuka"/>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ebnzoznamzvraznenie3">
    <w:name w:val="Colorful List Accent 3"/>
    <w:basedOn w:val="Normlnatabuka"/>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ebnzoznamzvraznenie4">
    <w:name w:val="Colorful List Accent 4"/>
    <w:basedOn w:val="Normlnatabuka"/>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ebnzoznamzvraznenie5">
    <w:name w:val="Colorful List Accent 5"/>
    <w:basedOn w:val="Normlnatabuka"/>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ebnzoznamzvraznenie6">
    <w:name w:val="Colorful List Accent 6"/>
    <w:basedOn w:val="Normlnatabuka"/>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ebnmrieka">
    <w:name w:val="Colorful Grid"/>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ebnmriekazvraznenie1">
    <w:name w:val="Colorful Grid Accent 1"/>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ebnmriekazvraznenie2">
    <w:name w:val="Colorful Grid Accent 2"/>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ebnmriekazvraznenie3">
    <w:name w:val="Colorful Grid Accent 3"/>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ebnmriekazvraznenie4">
    <w:name w:val="Colorful Grid Accent 4"/>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ebnmriekazvraznenie5">
    <w:name w:val="Colorful Grid Accent 5"/>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ebnmriekazvraznenie6">
    <w:name w:val="Colorful Grid Accent 6"/>
    <w:basedOn w:val="Normlnatabuka"/>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lnywebov">
    <w:name w:val="Normal (Web)"/>
    <w:basedOn w:val="Normlny"/>
    <w:uiPriority w:val="99"/>
    <w:unhideWhenUsed/>
    <w:rsid w:val="00F20326"/>
    <w:pPr>
      <w:spacing w:before="100" w:beforeAutospacing="1" w:after="100" w:afterAutospacing="1" w:line="240" w:lineRule="auto"/>
    </w:pPr>
    <w:rPr>
      <w:rFonts w:ascii="Times New Roman" w:eastAsia="Times New Roman" w:hAnsi="Times New Roman" w:cs="Times New Roman"/>
      <w:sz w:val="24"/>
      <w:szCs w:val="24"/>
      <w:lang w:val="sk-SK"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7393395">
      <w:bodyDiv w:val="1"/>
      <w:marLeft w:val="0"/>
      <w:marRight w:val="0"/>
      <w:marTop w:val="0"/>
      <w:marBottom w:val="0"/>
      <w:divBdr>
        <w:top w:val="none" w:sz="0" w:space="0" w:color="auto"/>
        <w:left w:val="none" w:sz="0" w:space="0" w:color="auto"/>
        <w:bottom w:val="none" w:sz="0" w:space="0" w:color="auto"/>
        <w:right w:val="none" w:sz="0" w:space="0" w:color="auto"/>
      </w:divBdr>
    </w:div>
    <w:div w:id="1612780477">
      <w:bodyDiv w:val="1"/>
      <w:marLeft w:val="0"/>
      <w:marRight w:val="0"/>
      <w:marTop w:val="0"/>
      <w:marBottom w:val="0"/>
      <w:divBdr>
        <w:top w:val="none" w:sz="0" w:space="0" w:color="auto"/>
        <w:left w:val="none" w:sz="0" w:space="0" w:color="auto"/>
        <w:bottom w:val="none" w:sz="0" w:space="0" w:color="auto"/>
        <w:right w:val="none" w:sz="0" w:space="0" w:color="auto"/>
      </w:divBdr>
    </w:div>
    <w:div w:id="1676377163">
      <w:bodyDiv w:val="1"/>
      <w:marLeft w:val="0"/>
      <w:marRight w:val="0"/>
      <w:marTop w:val="0"/>
      <w:marBottom w:val="0"/>
      <w:divBdr>
        <w:top w:val="none" w:sz="0" w:space="0" w:color="auto"/>
        <w:left w:val="none" w:sz="0" w:space="0" w:color="auto"/>
        <w:bottom w:val="none" w:sz="0" w:space="0" w:color="auto"/>
        <w:right w:val="none" w:sz="0" w:space="0" w:color="auto"/>
      </w:divBdr>
    </w:div>
    <w:div w:id="18305143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9BB46-DE95-467C-829F-04E71D48A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11</Pages>
  <Words>3690</Words>
  <Characters>21035</Characters>
  <Application>Microsoft Office Word</Application>
  <DocSecurity>0</DocSecurity>
  <Lines>175</Lines>
  <Paragraphs>49</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24676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Czibor A</cp:lastModifiedBy>
  <cp:revision>9</cp:revision>
  <dcterms:created xsi:type="dcterms:W3CDTF">2025-11-11T09:03:00Z</dcterms:created>
  <dcterms:modified xsi:type="dcterms:W3CDTF">2025-11-11T09:31:00Z</dcterms:modified>
  <cp:category/>
</cp:coreProperties>
</file>